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right"/>
      </w:pPr>
      <w:r>
        <w:rPr>
          <w:rFonts w:ascii="Times New Roman" w:hAnsi="Times New Roman" w:eastAsia="Times New Roman"/>
          <w:b/>
          <w:i/>
          <w:color w:val="000000"/>
          <w:sz w:val="21"/>
        </w:rPr>
        <w:t>MẪU THAM KHẢO</w:t>
      </w:r>
    </w:p>
    <w:p>
      <w:pPr>
        <w:keepNext/>
        <w:spacing w:after="20"/>
        <w:jc w:val="center"/>
      </w:pPr>
      <w:r>
        <w:rPr>
          <w:rFonts w:ascii="Times New Roman" w:hAnsi="Times New Roman" w:eastAsia="Times New Roman"/>
          <w:b/>
          <w:i w:val="0"/>
          <w:color w:val="000000"/>
          <w:sz w:val="26"/>
        </w:rPr>
        <w:t>CỘNG HÒA XÃ HỘI CHỦ NGHĨA VIỆT NAM</w:t>
      </w:r>
    </w:p>
    <w:p>
      <w:pPr>
        <w:keepNext/>
        <w:spacing w:after="0"/>
        <w:jc w:val="center"/>
      </w:pPr>
      <w:r>
        <w:rPr>
          <w:rFonts w:ascii="Times New Roman" w:hAnsi="Times New Roman" w:eastAsia="Times New Roman"/>
          <w:b/>
          <w:i w:val="0"/>
          <w:color w:val="000000"/>
          <w:sz w:val="26"/>
        </w:rPr>
        <w:t>Độc lập - Tự do - Hạnh phúc</w:t>
      </w:r>
    </w:p>
    <w:p>
      <w:pPr>
        <w:keepNext/>
        <w:spacing w:after="100"/>
        <w:jc w:val="center"/>
      </w:pPr>
      <w:r>
        <w:rPr>
          <w:rFonts w:ascii="Times New Roman" w:hAnsi="Times New Roman" w:eastAsia="Times New Roman"/>
          <w:b w:val="0"/>
          <w:i w:val="0"/>
          <w:color w:val="000000"/>
          <w:sz w:val="22"/>
        </w:rPr>
        <w:t>________________________</w:t>
      </w:r>
    </w:p>
    <w:p>
      <w:pPr>
        <w:keepNext/>
        <w:spacing w:after="160"/>
        <w:jc w:val="right"/>
      </w:pPr>
      <w:r>
        <w:rPr>
          <w:rFonts w:ascii="Times New Roman" w:hAnsi="Times New Roman" w:eastAsia="Times New Roman"/>
          <w:b w:val="0"/>
          <w:i/>
          <w:color w:val="000000"/>
          <w:sz w:val="24"/>
        </w:rPr>
        <w:t>............., ngày ...... tháng ...... năm ........</w:t>
      </w:r>
    </w:p>
    <w:p>
      <w:pPr>
        <w:keepNext/>
        <w:spacing w:before="0" w:after="60"/>
        <w:jc w:val="center"/>
      </w:pPr>
      <w:r>
        <w:rPr>
          <w:rFonts w:ascii="Times New Roman" w:hAnsi="Times New Roman" w:eastAsia="Times New Roman"/>
          <w:b/>
          <w:i w:val="0"/>
          <w:color w:val="000000"/>
          <w:sz w:val="29"/>
        </w:rPr>
        <w:t>GIẤY ỦY QUYỀN</w:t>
      </w:r>
    </w:p>
    <w:p>
      <w:pPr>
        <w:keepNext/>
        <w:spacing w:after="140"/>
        <w:jc w:val="center"/>
      </w:pPr>
      <w:r>
        <w:rPr>
          <w:rFonts w:ascii="Times New Roman" w:hAnsi="Times New Roman" w:eastAsia="Times New Roman"/>
          <w:b w:val="0"/>
          <w:i/>
          <w:color w:val="000000"/>
          <w:sz w:val="23"/>
        </w:rPr>
        <w:t>Về việc yêu cầu và nhận trích lục hồ sơ, thông tin đất đai</w:t>
      </w:r>
    </w:p>
    <w:p>
      <w:pPr>
        <w:spacing w:after="100"/>
        <w:jc w:val="both"/>
      </w:pPr>
      <w:r>
        <w:rPr>
          <w:rFonts w:ascii="Times New Roman" w:hAnsi="Times New Roman" w:eastAsia="Times New Roman"/>
          <w:b w:val="0"/>
          <w:i w:val="0"/>
          <w:color w:val="000000"/>
          <w:sz w:val="24"/>
        </w:rPr>
        <w:t>Hôm nay, ngày ...... tháng ...... năm ........, tại ............................................................, chúng tôi gồm có:</w:t>
      </w:r>
    </w:p>
    <w:tbl>
      <w:tblPr>
        <w:tblW w:type="dxa" w:w="9605"/>
        <w:tblLayout w:type="fixed"/>
        <w:tblLook w:firstColumn="1" w:firstRow="1" w:lastColumn="0" w:lastRow="0" w:noHBand="0" w:noVBand="1" w:val="04A0"/>
        <w:tblInd w:type="dxa" w:w="90"/>
        <w:tblBorders>
          <w:top w:val="single" w:sz="4" w:space="0" w:color="B7B7B7"/>
          <w:left w:val="single" w:sz="4" w:space="0" w:color="B7B7B7"/>
          <w:bottom w:val="single" w:sz="4" w:space="0" w:color="B7B7B7"/>
          <w:right w:val="single" w:sz="4" w:space="0" w:color="B7B7B7"/>
        </w:tblBorders>
      </w:tblPr>
      <w:tblGrid>
        <w:gridCol w:w="9605"/>
      </w:tblGrid>
      <w:tr>
        <w:tc>
          <w:tcPr>
            <w:tcW w:type="dxa" w:w="9605"/>
            <w:vAlign w:val="center"/>
            <w:tcMar>
              <w:top w:w="65" w:type="dxa"/>
              <w:start w:w="90" w:type="dxa"/>
              <w:bottom w:w="65" w:type="dxa"/>
              <w:end w:w="90" w:type="dxa"/>
            </w:tcMar>
            <w:shd w:fill="F2F2F2"/>
          </w:tcPr>
          <w:p>
            <w:pPr>
              <w:spacing w:before="0" w:after="0"/>
            </w:pPr>
            <w:r>
              <w:rPr>
                <w:rFonts w:ascii="Times New Roman" w:hAnsi="Times New Roman" w:eastAsia="Times New Roman"/>
                <w:b/>
                <w:i w:val="0"/>
                <w:color w:val="000000"/>
                <w:sz w:val="23"/>
              </w:rPr>
              <w:t>I. BÊN ỦY QUYỀN (BÊN A)</w:t>
            </w:r>
          </w:p>
        </w:tc>
      </w:tr>
    </w:tbl>
    <w:p>
      <w:pPr>
        <w:spacing w:after="40"/>
        <w:ind w:left="0"/>
      </w:pPr>
      <w:r>
        <w:rPr>
          <w:rFonts w:ascii="Times New Roman" w:hAnsi="Times New Roman" w:eastAsia="Times New Roman"/>
          <w:b w:val="0"/>
          <w:i w:val="0"/>
          <w:color w:val="000000"/>
          <w:sz w:val="24"/>
        </w:rPr>
        <w:t>Họ và tên/Tên tổ chức:</w:t>
      </w:r>
      <w:r>
        <w:rPr>
          <w:rFonts w:ascii="Times New Roman" w:hAnsi="Times New Roman" w:eastAsia="Times New Roman"/>
          <w:b w:val="0"/>
          <w:i w:val="0"/>
          <w:color w:val="000000"/>
          <w:sz w:val="24"/>
        </w:rPr>
        <w:t xml:space="preserve"> ..............................................................................</w:t>
      </w:r>
    </w:p>
    <w:p>
      <w:pPr>
        <w:spacing w:after="40"/>
      </w:pPr>
      <w:r>
        <w:rPr>
          <w:rFonts w:ascii="Times New Roman" w:hAnsi="Times New Roman" w:eastAsia="Times New Roman"/>
          <w:b w:val="0"/>
          <w:i w:val="0"/>
          <w:color w:val="000000"/>
          <w:sz w:val="24"/>
        </w:rPr>
        <w:t xml:space="preserve">Ngày sinh (đối với cá nhân):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Quốc tịch: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Số CCCD/CC/Hộ chiếu/Mã số doanh nghiệp:</w:t>
      </w:r>
      <w:r>
        <w:rPr>
          <w:rFonts w:ascii="Times New Roman" w:hAnsi="Times New Roman" w:eastAsia="Times New Roman"/>
          <w:b w:val="0"/>
          <w:i w:val="0"/>
          <w:color w:val="000000"/>
          <w:sz w:val="24"/>
        </w:rPr>
        <w:t xml:space="preserve"> .............................................................</w:t>
      </w:r>
    </w:p>
    <w:p>
      <w:pPr>
        <w:spacing w:after="40"/>
      </w:pPr>
      <w:r>
        <w:rPr>
          <w:rFonts w:ascii="Times New Roman" w:hAnsi="Times New Roman" w:eastAsia="Times New Roman"/>
          <w:b w:val="0"/>
          <w:i w:val="0"/>
          <w:color w:val="000000"/>
          <w:sz w:val="24"/>
        </w:rPr>
        <w:t xml:space="preserve">Cấp ngày: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Nơi cấp: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Địa chỉ thường trú/Trụ sở:</w:t>
      </w:r>
      <w:r>
        <w:rPr>
          <w:rFonts w:ascii="Times New Roman" w:hAnsi="Times New Roman" w:eastAsia="Times New Roman"/>
          <w:b w:val="0"/>
          <w:i w:val="0"/>
          <w:color w:val="000000"/>
          <w:sz w:val="24"/>
        </w:rPr>
        <w:t xml:space="preserve"> .........................................................................</w:t>
      </w:r>
    </w:p>
    <w:p>
      <w:pPr>
        <w:spacing w:after="60"/>
      </w:pPr>
      <w:r>
        <w:rPr>
          <w:rFonts w:ascii="Times New Roman" w:hAnsi="Times New Roman" w:eastAsia="Times New Roman"/>
          <w:b w:val="0"/>
          <w:i w:val="0"/>
          <w:color w:val="000000"/>
          <w:sz w:val="24"/>
        </w:rPr>
        <w:t xml:space="preserve">Điện thoại: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E-mail: </w:t>
      </w:r>
      <w:r>
        <w:rPr>
          <w:rFonts w:ascii="Times New Roman" w:hAnsi="Times New Roman" w:eastAsia="Times New Roman"/>
          <w:b w:val="0"/>
          <w:i w:val="0"/>
          <w:color w:val="000000"/>
          <w:sz w:val="24"/>
        </w:rPr>
        <w:t>..................................</w:t>
      </w:r>
    </w:p>
    <w:tbl>
      <w:tblPr>
        <w:tblW w:type="dxa" w:w="9605"/>
        <w:tblLayout w:type="fixed"/>
        <w:tblLook w:firstColumn="1" w:firstRow="1" w:lastColumn="0" w:lastRow="0" w:noHBand="0" w:noVBand="1" w:val="04A0"/>
        <w:tblInd w:type="dxa" w:w="90"/>
        <w:tblBorders>
          <w:top w:val="single" w:sz="4" w:space="0" w:color="B7B7B7"/>
          <w:left w:val="single" w:sz="4" w:space="0" w:color="B7B7B7"/>
          <w:bottom w:val="single" w:sz="4" w:space="0" w:color="B7B7B7"/>
          <w:right w:val="single" w:sz="4" w:space="0" w:color="B7B7B7"/>
        </w:tblBorders>
      </w:tblPr>
      <w:tblGrid>
        <w:gridCol w:w="9605"/>
      </w:tblGrid>
      <w:tr>
        <w:tc>
          <w:tcPr>
            <w:tcW w:type="dxa" w:w="9605"/>
            <w:vAlign w:val="center"/>
            <w:tcMar>
              <w:top w:w="65" w:type="dxa"/>
              <w:start w:w="90" w:type="dxa"/>
              <w:bottom w:w="65" w:type="dxa"/>
              <w:end w:w="90" w:type="dxa"/>
            </w:tcMar>
            <w:shd w:fill="F2F2F2"/>
          </w:tcPr>
          <w:p>
            <w:pPr>
              <w:spacing w:before="0" w:after="0"/>
            </w:pPr>
            <w:r>
              <w:rPr>
                <w:rFonts w:ascii="Times New Roman" w:hAnsi="Times New Roman" w:eastAsia="Times New Roman"/>
                <w:b/>
                <w:i w:val="0"/>
                <w:color w:val="000000"/>
                <w:sz w:val="23"/>
              </w:rPr>
              <w:t>II. BÊN ĐƯỢC ỦY QUYỀN (BÊN B)</w:t>
            </w:r>
          </w:p>
        </w:tc>
      </w:tr>
    </w:tbl>
    <w:p>
      <w:pPr>
        <w:spacing w:after="40"/>
        <w:ind w:left="0"/>
      </w:pPr>
      <w:r>
        <w:rPr>
          <w:rFonts w:ascii="Times New Roman" w:hAnsi="Times New Roman" w:eastAsia="Times New Roman"/>
          <w:b w:val="0"/>
          <w:i w:val="0"/>
          <w:color w:val="000000"/>
          <w:sz w:val="24"/>
        </w:rPr>
        <w:t>Họ và tên:</w:t>
      </w:r>
      <w:r>
        <w:rPr>
          <w:rFonts w:ascii="Times New Roman" w:hAnsi="Times New Roman" w:eastAsia="Times New Roman"/>
          <w:b w:val="0"/>
          <w:i w:val="0"/>
          <w:color w:val="000000"/>
          <w:sz w:val="24"/>
        </w:rPr>
        <w:t xml:space="preserve"> .........................................................................................</w:t>
      </w:r>
    </w:p>
    <w:p>
      <w:pPr>
        <w:spacing w:after="40"/>
      </w:pPr>
      <w:r>
        <w:rPr>
          <w:rFonts w:ascii="Times New Roman" w:hAnsi="Times New Roman" w:eastAsia="Times New Roman"/>
          <w:b w:val="0"/>
          <w:i w:val="0"/>
          <w:color w:val="000000"/>
          <w:sz w:val="24"/>
        </w:rPr>
        <w:t xml:space="preserve">Ngày sinh: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Quốc tịch: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Số CCCD/CC/Hộ chiếu:</w:t>
      </w:r>
      <w:r>
        <w:rPr>
          <w:rFonts w:ascii="Times New Roman" w:hAnsi="Times New Roman" w:eastAsia="Times New Roman"/>
          <w:b w:val="0"/>
          <w:i w:val="0"/>
          <w:color w:val="000000"/>
          <w:sz w:val="24"/>
        </w:rPr>
        <w:t xml:space="preserve"> ............................................................................</w:t>
      </w:r>
    </w:p>
    <w:p>
      <w:pPr>
        <w:spacing w:after="40"/>
      </w:pPr>
      <w:r>
        <w:rPr>
          <w:rFonts w:ascii="Times New Roman" w:hAnsi="Times New Roman" w:eastAsia="Times New Roman"/>
          <w:b w:val="0"/>
          <w:i w:val="0"/>
          <w:color w:val="000000"/>
          <w:sz w:val="24"/>
        </w:rPr>
        <w:t xml:space="preserve">Cấp ngày: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Nơi cấp: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Địa chỉ thường trú:</w:t>
      </w:r>
      <w:r>
        <w:rPr>
          <w:rFonts w:ascii="Times New Roman" w:hAnsi="Times New Roman" w:eastAsia="Times New Roman"/>
          <w:b w:val="0"/>
          <w:i w:val="0"/>
          <w:color w:val="000000"/>
          <w:sz w:val="24"/>
        </w:rPr>
        <w:t xml:space="preserve"> .................................................................................</w:t>
      </w:r>
    </w:p>
    <w:p>
      <w:pPr>
        <w:spacing w:after="60"/>
      </w:pPr>
      <w:r>
        <w:rPr>
          <w:rFonts w:ascii="Times New Roman" w:hAnsi="Times New Roman" w:eastAsia="Times New Roman"/>
          <w:b w:val="0"/>
          <w:i w:val="0"/>
          <w:color w:val="000000"/>
          <w:sz w:val="24"/>
        </w:rPr>
        <w:t xml:space="preserve">Điện thoại: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E-mail: </w:t>
      </w:r>
      <w:r>
        <w:rPr>
          <w:rFonts w:ascii="Times New Roman" w:hAnsi="Times New Roman" w:eastAsia="Times New Roman"/>
          <w:b w:val="0"/>
          <w:i w:val="0"/>
          <w:color w:val="000000"/>
          <w:sz w:val="24"/>
        </w:rPr>
        <w:t>..................................</w:t>
      </w:r>
    </w:p>
    <w:tbl>
      <w:tblPr>
        <w:tblW w:type="dxa" w:w="9605"/>
        <w:tblLayout w:type="fixed"/>
        <w:tblLook w:firstColumn="1" w:firstRow="1" w:lastColumn="0" w:lastRow="0" w:noHBand="0" w:noVBand="1" w:val="04A0"/>
        <w:tblInd w:type="dxa" w:w="90"/>
        <w:tblBorders>
          <w:top w:val="single" w:sz="4" w:space="0" w:color="B7B7B7"/>
          <w:left w:val="single" w:sz="4" w:space="0" w:color="B7B7B7"/>
          <w:bottom w:val="single" w:sz="4" w:space="0" w:color="B7B7B7"/>
          <w:right w:val="single" w:sz="4" w:space="0" w:color="B7B7B7"/>
        </w:tblBorders>
      </w:tblPr>
      <w:tblGrid>
        <w:gridCol w:w="9605"/>
      </w:tblGrid>
      <w:tr>
        <w:tc>
          <w:tcPr>
            <w:tcW w:type="dxa" w:w="9605"/>
            <w:vAlign w:val="center"/>
            <w:tcMar>
              <w:top w:w="65" w:type="dxa"/>
              <w:start w:w="90" w:type="dxa"/>
              <w:bottom w:w="65" w:type="dxa"/>
              <w:end w:w="90" w:type="dxa"/>
            </w:tcMar>
            <w:shd w:fill="F2F2F2"/>
          </w:tcPr>
          <w:p>
            <w:pPr>
              <w:spacing w:before="0" w:after="0"/>
            </w:pPr>
            <w:r>
              <w:rPr>
                <w:rFonts w:ascii="Times New Roman" w:hAnsi="Times New Roman" w:eastAsia="Times New Roman"/>
                <w:b/>
                <w:i w:val="0"/>
                <w:color w:val="000000"/>
                <w:sz w:val="23"/>
              </w:rPr>
              <w:t>III. THÔNG TIN THỬA ĐẤT/HỒ SƠ LIÊN QUAN</w:t>
            </w:r>
          </w:p>
        </w:tc>
      </w:tr>
    </w:tbl>
    <w:p>
      <w:pPr>
        <w:spacing w:after="40"/>
      </w:pPr>
      <w:r>
        <w:rPr>
          <w:rFonts w:ascii="Times New Roman" w:hAnsi="Times New Roman" w:eastAsia="Times New Roman"/>
          <w:b w:val="0"/>
          <w:i w:val="0"/>
          <w:color w:val="000000"/>
          <w:sz w:val="24"/>
        </w:rPr>
        <w:t xml:space="preserve">Thửa đất số: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Tờ bản đồ số: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Địa chỉ thửa đất:</w:t>
      </w:r>
      <w:r>
        <w:rPr>
          <w:rFonts w:ascii="Times New Roman" w:hAnsi="Times New Roman" w:eastAsia="Times New Roman"/>
          <w:b w:val="0"/>
          <w:i w:val="0"/>
          <w:color w:val="000000"/>
          <w:sz w:val="24"/>
        </w:rPr>
        <w:t xml:space="preserve"> ..................................................................................</w:t>
      </w:r>
    </w:p>
    <w:p>
      <w:pPr>
        <w:spacing w:after="40"/>
      </w:pPr>
      <w:r>
        <w:rPr>
          <w:rFonts w:ascii="Times New Roman" w:hAnsi="Times New Roman" w:eastAsia="Times New Roman"/>
          <w:b w:val="0"/>
          <w:i w:val="0"/>
          <w:color w:val="000000"/>
          <w:sz w:val="24"/>
        </w:rPr>
        <w:t xml:space="preserve">Diện tích: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m²   Số Giấy chứng nhận (nếu có): </w:t>
      </w:r>
      <w:r>
        <w:rPr>
          <w:rFonts w:ascii="Times New Roman" w:hAnsi="Times New Roman" w:eastAsia="Times New Roman"/>
          <w:b w:val="0"/>
          <w:i w:val="0"/>
          <w:color w:val="000000"/>
          <w:sz w:val="24"/>
        </w:rPr>
        <w:t>........................</w:t>
      </w:r>
    </w:p>
    <w:p>
      <w:pPr>
        <w:spacing w:after="40"/>
        <w:ind w:left="0"/>
      </w:pPr>
      <w:r>
        <w:rPr>
          <w:rFonts w:ascii="Times New Roman" w:hAnsi="Times New Roman" w:eastAsia="Times New Roman"/>
          <w:b w:val="0"/>
          <w:i w:val="0"/>
          <w:color w:val="000000"/>
          <w:sz w:val="24"/>
        </w:rPr>
        <w:t>Người sử dụng đất/chủ sở hữu tài sản theo hồ sơ:</w:t>
      </w:r>
      <w:r>
        <w:rPr>
          <w:rFonts w:ascii="Times New Roman" w:hAnsi="Times New Roman" w:eastAsia="Times New Roman"/>
          <w:b w:val="0"/>
          <w:i w:val="0"/>
          <w:color w:val="000000"/>
          <w:sz w:val="24"/>
        </w:rPr>
        <w:t xml:space="preserve"> .....................................................</w:t>
      </w:r>
    </w:p>
    <w:p>
      <w:r>
        <w:br w:type="page"/>
      </w:r>
    </w:p>
    <w:tbl>
      <w:tblPr>
        <w:tblW w:type="dxa" w:w="9605"/>
        <w:tblLayout w:type="fixed"/>
        <w:tblLook w:firstColumn="1" w:firstRow="1" w:lastColumn="0" w:lastRow="0" w:noHBand="0" w:noVBand="1" w:val="04A0"/>
        <w:tblInd w:type="dxa" w:w="90"/>
        <w:tblBorders>
          <w:top w:val="single" w:sz="4" w:space="0" w:color="B7B7B7"/>
          <w:left w:val="single" w:sz="4" w:space="0" w:color="B7B7B7"/>
          <w:bottom w:val="single" w:sz="4" w:space="0" w:color="B7B7B7"/>
          <w:right w:val="single" w:sz="4" w:space="0" w:color="B7B7B7"/>
        </w:tblBorders>
      </w:tblPr>
      <w:tblGrid>
        <w:gridCol w:w="9605"/>
      </w:tblGrid>
      <w:tr>
        <w:tc>
          <w:tcPr>
            <w:tcW w:type="dxa" w:w="9605"/>
            <w:vAlign w:val="center"/>
            <w:tcMar>
              <w:top w:w="65" w:type="dxa"/>
              <w:start w:w="90" w:type="dxa"/>
              <w:bottom w:w="65" w:type="dxa"/>
              <w:end w:w="90" w:type="dxa"/>
            </w:tcMar>
            <w:shd w:fill="F2F2F2"/>
          </w:tcPr>
          <w:p>
            <w:pPr>
              <w:spacing w:before="0" w:after="0"/>
            </w:pPr>
            <w:r>
              <w:rPr>
                <w:rFonts w:ascii="Times New Roman" w:hAnsi="Times New Roman" w:eastAsia="Times New Roman"/>
                <w:b/>
                <w:i w:val="0"/>
                <w:color w:val="000000"/>
                <w:sz w:val="23"/>
              </w:rPr>
              <w:t>IV. PHẠM VI ỦY QUYỀN</w:t>
            </w:r>
          </w:p>
        </w:tc>
      </w:tr>
    </w:tbl>
    <w:p>
      <w:pPr>
        <w:spacing w:after="60"/>
        <w:jc w:val="both"/>
      </w:pPr>
      <w:r>
        <w:rPr>
          <w:rFonts w:ascii="Times New Roman" w:hAnsi="Times New Roman" w:eastAsia="Times New Roman"/>
          <w:b w:val="0"/>
          <w:i w:val="0"/>
          <w:color w:val="000000"/>
          <w:sz w:val="24"/>
        </w:rPr>
        <w:t>Bên A đồng ý ủy quyền cho Bên B thay mặt và nhân danh Bên A thực hiện các công việc được đánh dấu dưới đây liên quan đến việc yêu cầu cung cấp, trích lục hồ sơ, thông tin, dữ liệu đất đai đối với thửa đất nêu tại Mục III:</w:t>
      </w:r>
    </w:p>
    <w:tbl>
      <w:tblPr>
        <w:tblW w:type="dxa" w:w="9605"/>
        <w:tblLayout w:type="fixed"/>
        <w:tblLook w:firstColumn="1" w:firstRow="1" w:lastColumn="0" w:lastRow="0" w:noHBand="0" w:noVBand="1" w:val="04A0"/>
        <w:tblInd w:type="dxa" w:w="9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4802"/>
        <w:gridCol w:w="4803"/>
      </w:tblGrid>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2"/>
              </w:rPr>
              <w:t xml:space="preserve">☐ </w:t>
            </w:r>
            <w:r>
              <w:rPr>
                <w:rFonts w:ascii="Times New Roman" w:hAnsi="Times New Roman" w:eastAsia="Times New Roman"/>
                <w:b w:val="0"/>
                <w:i w:val="0"/>
                <w:color w:val="000000"/>
                <w:sz w:val="22"/>
              </w:rPr>
              <w:t>Lập, ký và nộp phiếu/đơn yêu cầu</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2"/>
              </w:rPr>
              <w:t xml:space="preserve">☐ </w:t>
            </w:r>
            <w:r>
              <w:rPr>
                <w:rFonts w:ascii="Times New Roman" w:hAnsi="Times New Roman" w:eastAsia="Times New Roman"/>
                <w:b w:val="0"/>
                <w:i w:val="0"/>
                <w:color w:val="000000"/>
                <w:sz w:val="22"/>
              </w:rPr>
              <w:t>Bổ sung, hoàn thiện hồ sơ theo yêu cầu</w:t>
            </w:r>
          </w:p>
        </w:tc>
      </w:tr>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2"/>
              </w:rPr>
              <w:t xml:space="preserve">☐ </w:t>
            </w:r>
            <w:r>
              <w:rPr>
                <w:rFonts w:ascii="Times New Roman" w:hAnsi="Times New Roman" w:eastAsia="Times New Roman"/>
                <w:b w:val="0"/>
                <w:i w:val="0"/>
                <w:color w:val="000000"/>
                <w:sz w:val="22"/>
              </w:rPr>
              <w:t>Nộp phí, giá dịch vụ và nhận chứng từ</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2"/>
              </w:rPr>
              <w:t xml:space="preserve">☐ </w:t>
            </w:r>
            <w:r>
              <w:rPr>
                <w:rFonts w:ascii="Times New Roman" w:hAnsi="Times New Roman" w:eastAsia="Times New Roman"/>
                <w:b w:val="0"/>
                <w:i w:val="0"/>
                <w:color w:val="000000"/>
                <w:sz w:val="22"/>
              </w:rPr>
              <w:t>Nhận thông báo, giấy hẹn và văn bản trả lời</w:t>
            </w:r>
          </w:p>
        </w:tc>
      </w:tr>
      <w:tr>
        <w:tc>
          <w:tcPr>
            <w:tcW w:type="dxa" w:w="4802"/>
            <w:vAlign w:val="center"/>
            <w:tcMar>
              <w:top w:w="65" w:type="dxa"/>
              <w:start w:w="90" w:type="dxa"/>
              <w:bottom w:w="65" w:type="dxa"/>
              <w:end w:w="90" w:type="dxa"/>
            </w:tcMar>
          </w:tcPr>
          <w:p>
            <w:pPr>
              <w:spacing w:before="0" w:after="0"/>
            </w:pPr>
            <w:r>
              <w:rPr>
                <w:rFonts w:ascii="DejaVu Sans" w:hAnsi="DejaVu Sans" w:eastAsia="DejaVu Sans"/>
                <w:b w:val="0"/>
                <w:i w:val="0"/>
                <w:color w:val="000000"/>
                <w:sz w:val="22"/>
              </w:rPr>
              <w:t xml:space="preserve">☐ </w:t>
            </w:r>
            <w:r>
              <w:rPr>
                <w:rFonts w:ascii="Times New Roman" w:hAnsi="Times New Roman" w:eastAsia="Times New Roman"/>
                <w:b w:val="0"/>
                <w:i w:val="0"/>
                <w:color w:val="000000"/>
                <w:sz w:val="22"/>
              </w:rPr>
              <w:t>Nhận bản trích lục/bản sao/dữ liệu điện tử</w:t>
            </w:r>
          </w:p>
        </w:tc>
        <w:tc>
          <w:tcPr>
            <w:tcW w:type="dxa" w:w="4803"/>
            <w:vAlign w:val="center"/>
            <w:tcMar>
              <w:top w:w="65" w:type="dxa"/>
              <w:start w:w="90" w:type="dxa"/>
              <w:bottom w:w="65" w:type="dxa"/>
              <w:end w:w="90" w:type="dxa"/>
            </w:tcMar>
          </w:tcPr>
          <w:p>
            <w:pPr>
              <w:spacing w:before="0" w:after="0"/>
            </w:pPr>
            <w:r>
              <w:rPr>
                <w:rFonts w:ascii="DejaVu Sans" w:hAnsi="DejaVu Sans" w:eastAsia="DejaVu Sans"/>
                <w:b w:val="0"/>
                <w:i w:val="0"/>
                <w:color w:val="000000"/>
                <w:sz w:val="22"/>
              </w:rPr>
              <w:t xml:space="preserve">☐ </w:t>
            </w:r>
            <w:r>
              <w:rPr>
                <w:rFonts w:ascii="Times New Roman" w:hAnsi="Times New Roman" w:eastAsia="Times New Roman"/>
                <w:b w:val="0"/>
                <w:i w:val="0"/>
                <w:color w:val="000000"/>
                <w:sz w:val="22"/>
              </w:rPr>
              <w:t>Ký xác nhận việc nhận kết quả</w:t>
            </w:r>
          </w:p>
        </w:tc>
      </w:tr>
    </w:tbl>
    <w:p>
      <w:pPr>
        <w:spacing w:after="20"/>
        <w:ind w:left="0"/>
      </w:pPr>
      <w:r>
        <w:rPr>
          <w:rFonts w:ascii="Times New Roman" w:hAnsi="Times New Roman" w:eastAsia="Times New Roman"/>
          <w:b w:val="0"/>
          <w:i w:val="0"/>
          <w:color w:val="000000"/>
          <w:sz w:val="24"/>
        </w:rPr>
        <w:t>Công việc khác (nếu có):</w:t>
      </w:r>
      <w:r>
        <w:rPr>
          <w:rFonts w:ascii="Times New Roman" w:hAnsi="Times New Roman" w:eastAsia="Times New Roman"/>
          <w:b w:val="0"/>
          <w:i w:val="0"/>
          <w:color w:val="000000"/>
          <w:sz w:val="24"/>
        </w:rPr>
        <w:t xml:space="preserve"> ........................................................................</w:t>
      </w:r>
    </w:p>
    <w:p>
      <w:pPr>
        <w:spacing w:after="60"/>
        <w:ind w:left="0"/>
      </w:pPr>
      <w:r>
        <w:rPr>
          <w:rFonts w:ascii="Times New Roman" w:hAnsi="Times New Roman" w:eastAsia="Times New Roman"/>
          <w:b w:val="0"/>
          <w:i w:val="0"/>
          <w:color w:val="000000"/>
          <w:sz w:val="24"/>
        </w:rPr>
      </w:r>
      <w:r>
        <w:rPr>
          <w:rFonts w:ascii="Times New Roman" w:hAnsi="Times New Roman" w:eastAsia="Times New Roman"/>
          <w:b w:val="0"/>
          <w:i w:val="0"/>
          <w:color w:val="000000"/>
          <w:sz w:val="24"/>
        </w:rPr>
        <w:t xml:space="preserve"> .........................................................................................................</w:t>
      </w:r>
    </w:p>
    <w:tbl>
      <w:tblPr>
        <w:tblW w:type="dxa" w:w="9605"/>
        <w:tblLayout w:type="fixed"/>
        <w:tblLook w:firstColumn="1" w:firstRow="1" w:lastColumn="0" w:lastRow="0" w:noHBand="0" w:noVBand="1" w:val="04A0"/>
        <w:tblInd w:type="dxa" w:w="90"/>
        <w:tblBorders>
          <w:top w:val="single" w:sz="4" w:space="0" w:color="B7B7B7"/>
          <w:left w:val="single" w:sz="4" w:space="0" w:color="B7B7B7"/>
          <w:bottom w:val="single" w:sz="4" w:space="0" w:color="B7B7B7"/>
          <w:right w:val="single" w:sz="4" w:space="0" w:color="B7B7B7"/>
        </w:tblBorders>
      </w:tblPr>
      <w:tblGrid>
        <w:gridCol w:w="9605"/>
      </w:tblGrid>
      <w:tr>
        <w:tc>
          <w:tcPr>
            <w:tcW w:type="dxa" w:w="9605"/>
            <w:vAlign w:val="center"/>
            <w:tcMar>
              <w:top w:w="65" w:type="dxa"/>
              <w:start w:w="90" w:type="dxa"/>
              <w:bottom w:w="65" w:type="dxa"/>
              <w:end w:w="90" w:type="dxa"/>
            </w:tcMar>
            <w:shd w:fill="F2F2F2"/>
          </w:tcPr>
          <w:p>
            <w:pPr>
              <w:spacing w:before="0" w:after="0"/>
            </w:pPr>
            <w:r>
              <w:rPr>
                <w:rFonts w:ascii="Times New Roman" w:hAnsi="Times New Roman" w:eastAsia="Times New Roman"/>
                <w:b/>
                <w:i w:val="0"/>
                <w:color w:val="000000"/>
                <w:sz w:val="23"/>
              </w:rPr>
              <w:t>V. THỜI HẠN VÀ GIỚI HẠN ỦY QUYỀN</w:t>
            </w:r>
          </w:p>
        </w:tc>
      </w:tr>
    </w:tbl>
    <w:p>
      <w:pPr>
        <w:spacing w:after="40"/>
      </w:pPr>
      <w:r>
        <w:rPr>
          <w:rFonts w:ascii="Times New Roman" w:hAnsi="Times New Roman" w:eastAsia="Times New Roman"/>
          <w:b w:val="0"/>
          <w:i w:val="0"/>
          <w:color w:val="000000"/>
          <w:sz w:val="24"/>
        </w:rPr>
        <w:t xml:space="preserve">Thời hạn ủy quyền: từ ngày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đến hết ngày </w:t>
      </w:r>
      <w:r>
        <w:rPr>
          <w:rFonts w:ascii="Times New Roman" w:hAnsi="Times New Roman" w:eastAsia="Times New Roman"/>
          <w:b w:val="0"/>
          <w:i w:val="0"/>
          <w:color w:val="000000"/>
          <w:sz w:val="24"/>
        </w:rPr>
        <w:t>...../...../........</w:t>
      </w:r>
      <w:r>
        <w:rPr>
          <w:rFonts w:ascii="Times New Roman" w:hAnsi="Times New Roman" w:eastAsia="Times New Roman"/>
          <w:b w:val="0"/>
          <w:i w:val="0"/>
          <w:color w:val="000000"/>
          <w:sz w:val="24"/>
        </w:rPr>
        <w:t xml:space="preserve"> hoặc đến khi hoàn thành công việc nêu trên.</w:t>
      </w:r>
    </w:p>
    <w:p>
      <w:pPr>
        <w:spacing w:after="60"/>
        <w:jc w:val="both"/>
      </w:pPr>
      <w:r>
        <w:rPr>
          <w:rFonts w:ascii="DejaVu Sans" w:hAnsi="DejaVu Sans" w:eastAsia="DejaVu Sans"/>
          <w:b w:val="0"/>
          <w:i w:val="0"/>
          <w:color w:val="000000"/>
          <w:sz w:val="23"/>
        </w:rPr>
        <w:t xml:space="preserve">☐ </w:t>
      </w:r>
      <w:r>
        <w:rPr>
          <w:rFonts w:ascii="Times New Roman" w:hAnsi="Times New Roman" w:eastAsia="Times New Roman"/>
          <w:b w:val="0"/>
          <w:i w:val="0"/>
          <w:color w:val="000000"/>
          <w:sz w:val="23"/>
        </w:rPr>
        <w:t>Bên B không được ủy quyền lại cho người thứ ba.</w:t>
      </w:r>
      <w:r>
        <w:rPr>
          <w:rFonts w:ascii="Times New Roman" w:hAnsi="Times New Roman" w:eastAsia="Times New Roman"/>
          <w:b w:val="0"/>
          <w:i w:val="0"/>
          <w:color w:val="000000"/>
          <w:sz w:val="24"/>
        </w:rPr>
        <w:t xml:space="preserve">     </w:t>
      </w:r>
      <w:r>
        <w:rPr>
          <w:rFonts w:ascii="DejaVu Sans" w:hAnsi="DejaVu Sans" w:eastAsia="DejaVu Sans"/>
          <w:b w:val="0"/>
          <w:i w:val="0"/>
          <w:color w:val="000000"/>
          <w:sz w:val="23"/>
        </w:rPr>
        <w:t xml:space="preserve">☐ </w:t>
      </w:r>
      <w:r>
        <w:rPr>
          <w:rFonts w:ascii="Times New Roman" w:hAnsi="Times New Roman" w:eastAsia="Times New Roman"/>
          <w:b w:val="0"/>
          <w:i w:val="0"/>
          <w:color w:val="000000"/>
          <w:sz w:val="23"/>
        </w:rPr>
        <w:t>Bên B được ủy quyền lại khi có văn bản đồng ý của Bên A.</w:t>
      </w:r>
    </w:p>
    <w:tbl>
      <w:tblPr>
        <w:tblW w:type="dxa" w:w="9605"/>
        <w:tblLayout w:type="fixed"/>
        <w:tblLook w:firstColumn="1" w:firstRow="1" w:lastColumn="0" w:lastRow="0" w:noHBand="0" w:noVBand="1" w:val="04A0"/>
        <w:tblInd w:type="dxa" w:w="90"/>
        <w:tblBorders>
          <w:top w:val="single" w:sz="4" w:space="0" w:color="B7B7B7"/>
          <w:left w:val="single" w:sz="4" w:space="0" w:color="B7B7B7"/>
          <w:bottom w:val="single" w:sz="4" w:space="0" w:color="B7B7B7"/>
          <w:right w:val="single" w:sz="4" w:space="0" w:color="B7B7B7"/>
        </w:tblBorders>
      </w:tblPr>
      <w:tblGrid>
        <w:gridCol w:w="9605"/>
      </w:tblGrid>
      <w:tr>
        <w:tc>
          <w:tcPr>
            <w:tcW w:type="dxa" w:w="9605"/>
            <w:vAlign w:val="center"/>
            <w:tcMar>
              <w:top w:w="65" w:type="dxa"/>
              <w:start w:w="90" w:type="dxa"/>
              <w:bottom w:w="65" w:type="dxa"/>
              <w:end w:w="90" w:type="dxa"/>
            </w:tcMar>
            <w:shd w:fill="F2F2F2"/>
          </w:tcPr>
          <w:p>
            <w:pPr>
              <w:spacing w:before="0" w:after="0"/>
            </w:pPr>
            <w:r>
              <w:rPr>
                <w:rFonts w:ascii="Times New Roman" w:hAnsi="Times New Roman" w:eastAsia="Times New Roman"/>
                <w:b/>
                <w:i w:val="0"/>
                <w:color w:val="000000"/>
                <w:sz w:val="23"/>
              </w:rPr>
              <w:t>VI. CAM KẾT CỦA CÁC BÊN</w:t>
            </w:r>
          </w:p>
        </w:tc>
      </w:tr>
    </w:tbl>
    <w:p>
      <w:pPr>
        <w:spacing w:after="40"/>
        <w:ind w:left="312" w:hanging="312"/>
        <w:jc w:val="both"/>
      </w:pPr>
      <w:r>
        <w:rPr>
          <w:rFonts w:ascii="Times New Roman" w:hAnsi="Times New Roman" w:eastAsia="Times New Roman"/>
          <w:b/>
          <w:i w:val="0"/>
          <w:color w:val="000000"/>
          <w:sz w:val="24"/>
        </w:rPr>
        <w:t xml:space="preserve">1. </w:t>
      </w:r>
      <w:r>
        <w:rPr>
          <w:rFonts w:ascii="Times New Roman" w:hAnsi="Times New Roman" w:eastAsia="Times New Roman"/>
          <w:b w:val="0"/>
          <w:i w:val="0"/>
          <w:color w:val="000000"/>
          <w:sz w:val="24"/>
        </w:rPr>
        <w:t>Các thông tin ghi trong giấy ủy quyền là đúng sự thật; việc ủy quyền hoàn toàn tự nguyện, không bị lừa dối hoặc ép buộc.</w:t>
      </w:r>
    </w:p>
    <w:p>
      <w:pPr>
        <w:spacing w:after="40"/>
        <w:ind w:left="312" w:hanging="312"/>
        <w:jc w:val="both"/>
      </w:pPr>
      <w:r>
        <w:rPr>
          <w:rFonts w:ascii="Times New Roman" w:hAnsi="Times New Roman" w:eastAsia="Times New Roman"/>
          <w:b/>
          <w:i w:val="0"/>
          <w:color w:val="000000"/>
          <w:sz w:val="24"/>
        </w:rPr>
        <w:t xml:space="preserve">2. </w:t>
      </w:r>
      <w:r>
        <w:rPr>
          <w:rFonts w:ascii="Times New Roman" w:hAnsi="Times New Roman" w:eastAsia="Times New Roman"/>
          <w:b w:val="0"/>
          <w:i w:val="0"/>
          <w:color w:val="000000"/>
          <w:sz w:val="24"/>
        </w:rPr>
        <w:t>Bên B chỉ thực hiện công việc trong phạm vi ủy quyền, bảo quản và sử dụng thông tin, tài liệu đất đai đúng mục đích, đúng quy định pháp luật.</w:t>
      </w:r>
    </w:p>
    <w:p>
      <w:pPr>
        <w:spacing w:after="40"/>
        <w:ind w:left="312" w:hanging="312"/>
        <w:jc w:val="both"/>
      </w:pPr>
      <w:r>
        <w:rPr>
          <w:rFonts w:ascii="Times New Roman" w:hAnsi="Times New Roman" w:eastAsia="Times New Roman"/>
          <w:b/>
          <w:i w:val="0"/>
          <w:color w:val="000000"/>
          <w:sz w:val="24"/>
        </w:rPr>
        <w:t xml:space="preserve">3. </w:t>
      </w:r>
      <w:r>
        <w:rPr>
          <w:rFonts w:ascii="Times New Roman" w:hAnsi="Times New Roman" w:eastAsia="Times New Roman"/>
          <w:b w:val="0"/>
          <w:i w:val="0"/>
          <w:color w:val="000000"/>
          <w:sz w:val="24"/>
        </w:rPr>
        <w:t>Các bên tự chịu trách nhiệm trước pháp luật về nội dung ủy quyền và cùng phối hợp giải quyết vấn đề phát sinh liên quan đến việc thực hiện ủy quyền.</w:t>
      </w:r>
    </w:p>
    <w:p>
      <w:pPr>
        <w:spacing w:after="40"/>
        <w:ind w:left="312" w:hanging="312"/>
        <w:jc w:val="both"/>
      </w:pPr>
      <w:r>
        <w:rPr>
          <w:rFonts w:ascii="Times New Roman" w:hAnsi="Times New Roman" w:eastAsia="Times New Roman"/>
          <w:b/>
          <w:i w:val="0"/>
          <w:color w:val="000000"/>
          <w:sz w:val="24"/>
        </w:rPr>
        <w:t xml:space="preserve">4. </w:t>
      </w:r>
      <w:r>
        <w:rPr>
          <w:rFonts w:ascii="Times New Roman" w:hAnsi="Times New Roman" w:eastAsia="Times New Roman"/>
          <w:b w:val="0"/>
          <w:i w:val="0"/>
          <w:color w:val="000000"/>
          <w:sz w:val="24"/>
        </w:rPr>
        <w:t>Giấy ủy quyền được lập thành ...... bản có giá trị như nhau; Bên A giữ ...... bản, Bên B giữ ...... bản và ...... bản nộp cho cơ quan tiếp nhận.</w:t>
      </w:r>
    </w:p>
    <w:tbl>
      <w:tblPr>
        <w:tblW w:type="dxa" w:w="9605"/>
        <w:tblLayout w:type="fixed"/>
        <w:tblLook w:firstColumn="1" w:firstRow="1" w:lastColumn="0" w:lastRow="0" w:noHBand="0" w:noVBand="1" w:val="04A0"/>
        <w:tblInd w:type="dxa" w:w="90"/>
        <w:tblBorders>
          <w:top w:val="nil"/>
          <w:left w:val="nil"/>
          <w:bottom w:val="nil"/>
          <w:right w:val="nil"/>
          <w:insideH w:val="nil"/>
          <w:insideV w:val="nil"/>
        </w:tblBorders>
      </w:tblPr>
      <w:tblGrid>
        <w:gridCol w:w="4802"/>
        <w:gridCol w:w="4803"/>
      </w:tblGrid>
      <w:tr>
        <w:tc>
          <w:tcPr>
            <w:tcW w:type="dxa" w:w="4802"/>
            <w:vAlign w:val="center"/>
            <w:tcMar>
              <w:top w:w="65" w:type="dxa"/>
              <w:start w:w="90" w:type="dxa"/>
              <w:bottom w:w="65" w:type="dxa"/>
              <w:end w:w="90" w:type="dxa"/>
            </w:tcMar>
          </w:tcPr>
          <w:p>
            <w:pPr>
              <w:spacing w:after="0"/>
              <w:jc w:val="center"/>
            </w:pPr>
            <w:r>
              <w:rPr>
                <w:rFonts w:ascii="Times New Roman" w:hAnsi="Times New Roman" w:eastAsia="Times New Roman"/>
                <w:b/>
                <w:i w:val="0"/>
                <w:color w:val="000000"/>
                <w:sz w:val="22"/>
              </w:rPr>
              <w:t>BÊN ỦY QUYỀN (BÊN A)</w:t>
            </w:r>
          </w:p>
          <w:p>
            <w:pPr>
              <w:spacing w:after="0"/>
              <w:jc w:val="center"/>
            </w:pPr>
            <w:r>
              <w:rPr>
                <w:rFonts w:ascii="Times New Roman" w:hAnsi="Times New Roman" w:eastAsia="Times New Roman"/>
                <w:b w:val="0"/>
                <w:i/>
                <w:color w:val="000000"/>
                <w:sz w:val="19"/>
              </w:rPr>
              <w:t>(Ký, ghi rõ họ tên; đóng dấu nếu là tổ chức)</w:t>
            </w:r>
          </w:p>
          <w:p>
            <w:pPr>
              <w:spacing w:after="0"/>
            </w:pPr>
            <w:r>
              <w:rPr>
                <w:rFonts w:ascii="Times New Roman" w:hAnsi="Times New Roman" w:eastAsia="Times New Roman"/>
                <w:b w:val="0"/>
                <w:i w:val="0"/>
                <w:color w:val="000000"/>
                <w:sz w:val="20"/>
              </w:rPr>
              <w:t xml:space="preserve"> </w:t>
            </w:r>
          </w:p>
          <w:p>
            <w:pPr>
              <w:spacing w:after="0"/>
            </w:pPr>
            <w:r>
              <w:rPr>
                <w:rFonts w:ascii="Times New Roman" w:hAnsi="Times New Roman" w:eastAsia="Times New Roman"/>
                <w:b w:val="0"/>
                <w:i w:val="0"/>
                <w:color w:val="000000"/>
                <w:sz w:val="20"/>
              </w:rPr>
              <w:t xml:space="preserve"> </w:t>
            </w:r>
          </w:p>
          <w:p>
            <w:pPr>
              <w:spacing w:after="0"/>
            </w:pPr>
            <w:r>
              <w:rPr>
                <w:rFonts w:ascii="Times New Roman" w:hAnsi="Times New Roman" w:eastAsia="Times New Roman"/>
                <w:b w:val="0"/>
                <w:i w:val="0"/>
                <w:color w:val="000000"/>
                <w:sz w:val="20"/>
              </w:rPr>
              <w:t xml:space="preserve"> </w:t>
            </w:r>
          </w:p>
          <w:p>
            <w:pPr>
              <w:spacing w:after="0"/>
            </w:pPr>
            <w:r>
              <w:rPr>
                <w:rFonts w:ascii="Times New Roman" w:hAnsi="Times New Roman" w:eastAsia="Times New Roman"/>
                <w:b w:val="0"/>
                <w:i w:val="0"/>
                <w:color w:val="000000"/>
                <w:sz w:val="20"/>
              </w:rPr>
              <w:t xml:space="preserve"> </w:t>
            </w:r>
          </w:p>
          <w:p>
            <w:pPr>
              <w:spacing w:after="0"/>
              <w:jc w:val="center"/>
            </w:pPr>
            <w:r>
              <w:rPr>
                <w:rFonts w:ascii="Times New Roman" w:hAnsi="Times New Roman" w:eastAsia="Times New Roman"/>
                <w:b w:val="0"/>
                <w:i w:val="0"/>
                <w:color w:val="000000"/>
                <w:sz w:val="20"/>
              </w:rPr>
              <w:t>Họ và tên: ........................................</w:t>
            </w:r>
          </w:p>
        </w:tc>
        <w:tc>
          <w:tcPr>
            <w:tcW w:type="dxa" w:w="4803"/>
            <w:vAlign w:val="center"/>
            <w:tcMar>
              <w:top w:w="65" w:type="dxa"/>
              <w:start w:w="90" w:type="dxa"/>
              <w:bottom w:w="65" w:type="dxa"/>
              <w:end w:w="90" w:type="dxa"/>
            </w:tcMar>
          </w:tcPr>
          <w:p>
            <w:pPr>
              <w:spacing w:after="0"/>
              <w:jc w:val="center"/>
            </w:pPr>
            <w:r>
              <w:rPr>
                <w:rFonts w:ascii="Times New Roman" w:hAnsi="Times New Roman" w:eastAsia="Times New Roman"/>
                <w:b/>
                <w:i w:val="0"/>
                <w:color w:val="000000"/>
                <w:sz w:val="22"/>
              </w:rPr>
              <w:t>BÊN ĐƯỢC ỦY QUYỀN (BÊN B)</w:t>
            </w:r>
          </w:p>
          <w:p>
            <w:pPr>
              <w:spacing w:after="0"/>
              <w:jc w:val="center"/>
            </w:pPr>
            <w:r>
              <w:rPr>
                <w:rFonts w:ascii="Times New Roman" w:hAnsi="Times New Roman" w:eastAsia="Times New Roman"/>
                <w:b w:val="0"/>
                <w:i/>
                <w:color w:val="000000"/>
                <w:sz w:val="19"/>
              </w:rPr>
              <w:t>(Ký, ghi rõ họ tên)</w:t>
            </w:r>
          </w:p>
          <w:p>
            <w:pPr>
              <w:spacing w:after="0"/>
            </w:pPr>
            <w:r>
              <w:rPr>
                <w:rFonts w:ascii="Times New Roman" w:hAnsi="Times New Roman" w:eastAsia="Times New Roman"/>
                <w:b w:val="0"/>
                <w:i w:val="0"/>
                <w:color w:val="000000"/>
                <w:sz w:val="20"/>
              </w:rPr>
              <w:t xml:space="preserve"> </w:t>
            </w:r>
          </w:p>
          <w:p>
            <w:pPr>
              <w:spacing w:after="0"/>
            </w:pPr>
            <w:r>
              <w:rPr>
                <w:rFonts w:ascii="Times New Roman" w:hAnsi="Times New Roman" w:eastAsia="Times New Roman"/>
                <w:b w:val="0"/>
                <w:i w:val="0"/>
                <w:color w:val="000000"/>
                <w:sz w:val="20"/>
              </w:rPr>
              <w:t xml:space="preserve"> </w:t>
            </w:r>
          </w:p>
          <w:p>
            <w:pPr>
              <w:spacing w:after="0"/>
            </w:pPr>
            <w:r>
              <w:rPr>
                <w:rFonts w:ascii="Times New Roman" w:hAnsi="Times New Roman" w:eastAsia="Times New Roman"/>
                <w:b w:val="0"/>
                <w:i w:val="0"/>
                <w:color w:val="000000"/>
                <w:sz w:val="20"/>
              </w:rPr>
              <w:t xml:space="preserve"> </w:t>
            </w:r>
          </w:p>
          <w:p>
            <w:pPr>
              <w:spacing w:after="0"/>
            </w:pPr>
            <w:r>
              <w:rPr>
                <w:rFonts w:ascii="Times New Roman" w:hAnsi="Times New Roman" w:eastAsia="Times New Roman"/>
                <w:b w:val="0"/>
                <w:i w:val="0"/>
                <w:color w:val="000000"/>
                <w:sz w:val="20"/>
              </w:rPr>
              <w:t xml:space="preserve"> </w:t>
            </w:r>
          </w:p>
          <w:p>
            <w:pPr>
              <w:spacing w:after="0"/>
              <w:jc w:val="center"/>
            </w:pPr>
            <w:r>
              <w:rPr>
                <w:rFonts w:ascii="Times New Roman" w:hAnsi="Times New Roman" w:eastAsia="Times New Roman"/>
                <w:b w:val="0"/>
                <w:i w:val="0"/>
                <w:color w:val="000000"/>
                <w:sz w:val="20"/>
              </w:rPr>
              <w:t>Họ và tên: ........................................</w:t>
            </w:r>
          </w:p>
        </w:tc>
      </w:tr>
    </w:tbl>
    <w:p>
      <w:pPr>
        <w:spacing w:before="80" w:after="40"/>
        <w:jc w:val="center"/>
      </w:pPr>
      <w:r>
        <w:rPr>
          <w:rFonts w:ascii="Times New Roman" w:hAnsi="Times New Roman" w:eastAsia="Times New Roman"/>
          <w:b/>
          <w:i w:val="0"/>
          <w:color w:val="000000"/>
          <w:sz w:val="21"/>
        </w:rPr>
        <w:t>PHẦN XÁC NHẬN/CHỨNG THỰC (NẾU CÓ YÊU CẦU)</w:t>
      </w:r>
    </w:p>
    <w:p>
      <w:pPr>
        <w:spacing w:after="20"/>
      </w:pPr>
      <w:r>
        <w:rPr>
          <w:rFonts w:ascii="Times New Roman" w:hAnsi="Times New Roman" w:eastAsia="Times New Roman"/>
          <w:b w:val="0"/>
          <w:i w:val="0"/>
          <w:color w:val="000000"/>
          <w:sz w:val="20"/>
        </w:rPr>
        <w:t>..............................................................................................................................</w:t>
      </w:r>
    </w:p>
    <w:p>
      <w:pPr>
        <w:spacing w:after="0"/>
        <w:jc w:val="both"/>
      </w:pPr>
      <w:r>
        <w:rPr>
          <w:rFonts w:ascii="Times New Roman" w:hAnsi="Times New Roman" w:eastAsia="Times New Roman"/>
          <w:b w:val="0"/>
          <w:i/>
          <w:color w:val="595959"/>
          <w:sz w:val="17"/>
        </w:rPr>
        <w:t>Lưu ý: Phạm vi và hình thức xác nhận/chứng thực giấy ủy quyền có thể phụ thuộc yêu cầu của cơ quan tiếp nhận và tính chất công việc được ủy quyền.</w:t>
      </w:r>
    </w:p>
    <w:sectPr w:rsidR="00FC693F" w:rsidRPr="0006063C" w:rsidSect="00034616">
      <w:footerReference w:type="default" r:id="rId9"/>
      <w:pgSz w:w="11906" w:h="16838"/>
      <w:pgMar w:top="935" w:right="1020" w:bottom="879" w:left="1134" w:header="425"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before="0" w:after="0"/>
      <w:jc w:val="left"/>
    </w:pPr>
    <w:r>
      <w:rPr>
        <w:rFonts w:ascii="Times New Roman" w:hAnsi="Times New Roman" w:eastAsia="Times New Roman"/>
        <w:b w:val="0"/>
        <w:i/>
        <w:color w:val="595959"/>
        <w:sz w:val="17"/>
      </w:rPr>
      <w:t>Mẫu tham khảo - ủy quyền trích lục đất đai</w:t>
    </w:r>
    <w:r>
      <w:rPr>
        <w:rFonts w:ascii="Times New Roman" w:hAnsi="Times New Roman" w:eastAsia="Times New Roman"/>
        <w:b w:val="0"/>
        <w:i w:val="0"/>
        <w:color w:val="595959"/>
        <w:sz w:val="18"/>
      </w:rPr>
      <w:tab/>
      <w:t xml:space="preserve">Trang </w:t>
    </w:r>
    <w:fldSimple w:instr="PAGE">
      <w:r>
        <w:rPr>
          <w:rFonts w:ascii="Times New Roman" w:hAnsi="Times New Roman"/>
          <w:sz w:val="18"/>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40" w:line="252" w:lineRule="auto"/>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9"/>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Giấy ủy quyền xin trích lục đất đai</dc:title>
  <dc:subject>Biểu mẫu đất đai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