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right"/>
      </w:pPr>
      <w:r>
        <w:rPr>
          <w:rFonts w:ascii="Times New Roman" w:hAnsi="Times New Roman" w:eastAsia="Times New Roman"/>
          <w:b/>
          <w:i/>
          <w:color w:val="000000"/>
          <w:sz w:val="21"/>
        </w:rPr>
        <w:t>MẪU THAM KHẢO</w:t>
      </w:r>
    </w:p>
    <w:p>
      <w:pPr>
        <w:keepNext/>
        <w:spacing w:after="20"/>
        <w:jc w:val="center"/>
      </w:pPr>
      <w:r>
        <w:rPr>
          <w:rFonts w:ascii="Times New Roman" w:hAnsi="Times New Roman" w:eastAsia="Times New Roman"/>
          <w:b/>
          <w:i w:val="0"/>
          <w:color w:val="000000"/>
          <w:sz w:val="26"/>
        </w:rPr>
        <w:t>CỘNG HÒA XÃ HỘI CHỦ NGHĨA VIỆT NAM</w:t>
      </w:r>
    </w:p>
    <w:p>
      <w:pPr>
        <w:keepNext/>
        <w:spacing w:after="0"/>
        <w:jc w:val="center"/>
      </w:pPr>
      <w:r>
        <w:rPr>
          <w:rFonts w:ascii="Times New Roman" w:hAnsi="Times New Roman" w:eastAsia="Times New Roman"/>
          <w:b/>
          <w:i w:val="0"/>
          <w:color w:val="000000"/>
          <w:sz w:val="26"/>
        </w:rPr>
        <w:t>Độc lập - Tự do - Hạnh phúc</w:t>
      </w:r>
    </w:p>
    <w:p>
      <w:pPr>
        <w:keepNext/>
        <w:spacing w:after="100"/>
        <w:jc w:val="center"/>
      </w:pPr>
      <w:r>
        <w:rPr>
          <w:rFonts w:ascii="Times New Roman" w:hAnsi="Times New Roman" w:eastAsia="Times New Roman"/>
          <w:b w:val="0"/>
          <w:i w:val="0"/>
          <w:color w:val="000000"/>
          <w:sz w:val="22"/>
        </w:rPr>
        <w:t>________________________</w:t>
      </w:r>
    </w:p>
    <w:p>
      <w:pPr>
        <w:keepNext/>
        <w:spacing w:after="160"/>
        <w:jc w:val="right"/>
      </w:pPr>
      <w:r>
        <w:rPr>
          <w:rFonts w:ascii="Times New Roman" w:hAnsi="Times New Roman" w:eastAsia="Times New Roman"/>
          <w:b w:val="0"/>
          <w:i/>
          <w:color w:val="000000"/>
          <w:sz w:val="24"/>
        </w:rPr>
        <w:t>............., ngày ...... tháng ...... năm ........</w:t>
      </w:r>
    </w:p>
    <w:p>
      <w:pPr>
        <w:keepNext/>
        <w:spacing w:before="0" w:after="160"/>
        <w:jc w:val="center"/>
      </w:pPr>
      <w:r>
        <w:rPr>
          <w:rFonts w:ascii="Times New Roman" w:hAnsi="Times New Roman" w:eastAsia="Times New Roman"/>
          <w:b/>
          <w:i w:val="0"/>
          <w:color w:val="000000"/>
          <w:sz w:val="29"/>
        </w:rPr>
        <w:t>ĐƠN ĐỀ NGHỊ CUNG CẤP, TRÍCH LỤC HỒ SƠ ĐẤT ĐAI</w:t>
      </w:r>
    </w:p>
    <w:p>
      <w:pPr>
        <w:spacing w:after="100"/>
        <w:ind w:left="0"/>
      </w:pPr>
      <w:r>
        <w:rPr>
          <w:rFonts w:ascii="Times New Roman" w:hAnsi="Times New Roman" w:eastAsia="Times New Roman"/>
          <w:b/>
          <w:i w:val="0"/>
          <w:color w:val="000000"/>
          <w:sz w:val="24"/>
        </w:rPr>
        <w:t>Kính gửi:</w:t>
      </w:r>
      <w:r>
        <w:rPr>
          <w:rFonts w:ascii="Times New Roman" w:hAnsi="Times New Roman" w:eastAsia="Times New Roman"/>
          <w:b w:val="0"/>
          <w:i w:val="0"/>
          <w:color w:val="000000"/>
          <w:sz w:val="24"/>
        </w:rPr>
        <w:t xml:space="preserve"> ........................................................................................</w:t>
      </w:r>
    </w:p>
    <w:tbl>
      <w:tblPr>
        <w:tblW w:type="dxa" w:w="9605"/>
        <w:tblLayout w:type="fixed"/>
        <w:tblLook w:firstColumn="1" w:firstRow="1" w:lastColumn="0" w:lastRow="0" w:noHBand="0" w:noVBand="1" w:val="04A0"/>
        <w:tblInd w:type="dxa" w:w="90"/>
        <w:tblBorders>
          <w:top w:val="single" w:sz="4" w:space="0" w:color="B7B7B7"/>
          <w:left w:val="single" w:sz="4" w:space="0" w:color="B7B7B7"/>
          <w:bottom w:val="single" w:sz="4" w:space="0" w:color="B7B7B7"/>
          <w:right w:val="single" w:sz="4" w:space="0" w:color="B7B7B7"/>
        </w:tblBorders>
      </w:tblPr>
      <w:tblGrid>
        <w:gridCol w:w="9605"/>
      </w:tblGrid>
      <w:tr>
        <w:tc>
          <w:tcPr>
            <w:tcW w:type="dxa" w:w="9605"/>
            <w:vAlign w:val="center"/>
            <w:tcMar>
              <w:top w:w="65" w:type="dxa"/>
              <w:start w:w="90" w:type="dxa"/>
              <w:bottom w:w="65" w:type="dxa"/>
              <w:end w:w="90" w:type="dxa"/>
            </w:tcMar>
            <w:shd w:fill="F2F2F2"/>
          </w:tcPr>
          <w:p>
            <w:pPr>
              <w:spacing w:before="0" w:after="0"/>
            </w:pPr>
            <w:r>
              <w:rPr>
                <w:rFonts w:ascii="Times New Roman" w:hAnsi="Times New Roman" w:eastAsia="Times New Roman"/>
                <w:b/>
                <w:i w:val="0"/>
                <w:color w:val="000000"/>
                <w:sz w:val="23"/>
              </w:rPr>
              <w:t>I. THÔNG TIN NGƯỜI ĐỀ NGHỊ</w:t>
            </w:r>
          </w:p>
        </w:tc>
      </w:tr>
    </w:tbl>
    <w:p>
      <w:pPr>
        <w:spacing w:after="40"/>
        <w:ind w:left="0"/>
      </w:pPr>
      <w:r>
        <w:rPr>
          <w:rFonts w:ascii="Times New Roman" w:hAnsi="Times New Roman" w:eastAsia="Times New Roman"/>
          <w:b w:val="0"/>
          <w:i w:val="0"/>
          <w:color w:val="000000"/>
          <w:sz w:val="24"/>
        </w:rPr>
        <w:t>Họ và tên/Tên tổ chức:</w:t>
      </w:r>
      <w:r>
        <w:rPr>
          <w:rFonts w:ascii="Times New Roman" w:hAnsi="Times New Roman" w:eastAsia="Times New Roman"/>
          <w:b w:val="0"/>
          <w:i w:val="0"/>
          <w:color w:val="000000"/>
          <w:sz w:val="24"/>
        </w:rPr>
        <w:t xml:space="preserve"> ..............................................................................</w:t>
      </w:r>
    </w:p>
    <w:p>
      <w:pPr>
        <w:spacing w:after="40"/>
      </w:pPr>
      <w:r>
        <w:rPr>
          <w:rFonts w:ascii="Times New Roman" w:hAnsi="Times New Roman" w:eastAsia="Times New Roman"/>
          <w:b w:val="0"/>
          <w:i w:val="0"/>
          <w:color w:val="000000"/>
          <w:sz w:val="24"/>
        </w:rPr>
        <w:t xml:space="preserve">Ngày sinh (đối với cá nhân): </w:t>
      </w:r>
      <w:r>
        <w:rPr>
          <w:rFonts w:ascii="Times New Roman" w:hAnsi="Times New Roman" w:eastAsia="Times New Roman"/>
          <w:b w:val="0"/>
          <w:i w:val="0"/>
          <w:color w:val="000000"/>
          <w:sz w:val="24"/>
        </w:rPr>
        <w:t>...../...../........</w:t>
      </w:r>
      <w:r>
        <w:rPr>
          <w:rFonts w:ascii="Times New Roman" w:hAnsi="Times New Roman" w:eastAsia="Times New Roman"/>
          <w:b w:val="0"/>
          <w:i w:val="0"/>
          <w:color w:val="000000"/>
          <w:sz w:val="24"/>
        </w:rPr>
        <w:t xml:space="preserve">   Quốc tịch: </w:t>
      </w:r>
      <w:r>
        <w:rPr>
          <w:rFonts w:ascii="Times New Roman" w:hAnsi="Times New Roman" w:eastAsia="Times New Roman"/>
          <w:b w:val="0"/>
          <w:i w:val="0"/>
          <w:color w:val="000000"/>
          <w:sz w:val="24"/>
        </w:rPr>
        <w:t>.............................</w:t>
      </w:r>
    </w:p>
    <w:p>
      <w:pPr>
        <w:spacing w:after="40"/>
        <w:ind w:left="0"/>
      </w:pPr>
      <w:r>
        <w:rPr>
          <w:rFonts w:ascii="Times New Roman" w:hAnsi="Times New Roman" w:eastAsia="Times New Roman"/>
          <w:b w:val="0"/>
          <w:i w:val="0"/>
          <w:color w:val="000000"/>
          <w:sz w:val="24"/>
        </w:rPr>
        <w:t>Số CCCD/CC/Hộ chiếu/Mã số doanh nghiệp:</w:t>
      </w:r>
      <w:r>
        <w:rPr>
          <w:rFonts w:ascii="Times New Roman" w:hAnsi="Times New Roman" w:eastAsia="Times New Roman"/>
          <w:b w:val="0"/>
          <w:i w:val="0"/>
          <w:color w:val="000000"/>
          <w:sz w:val="24"/>
        </w:rPr>
        <w:t xml:space="preserve"> .............................................................</w:t>
      </w:r>
    </w:p>
    <w:p>
      <w:pPr>
        <w:spacing w:after="40"/>
      </w:pPr>
      <w:r>
        <w:rPr>
          <w:rFonts w:ascii="Times New Roman" w:hAnsi="Times New Roman" w:eastAsia="Times New Roman"/>
          <w:b w:val="0"/>
          <w:i w:val="0"/>
          <w:color w:val="000000"/>
          <w:sz w:val="24"/>
        </w:rPr>
        <w:t xml:space="preserve">Cấp ngày: </w:t>
      </w:r>
      <w:r>
        <w:rPr>
          <w:rFonts w:ascii="Times New Roman" w:hAnsi="Times New Roman" w:eastAsia="Times New Roman"/>
          <w:b w:val="0"/>
          <w:i w:val="0"/>
          <w:color w:val="000000"/>
          <w:sz w:val="24"/>
        </w:rPr>
        <w:t>...../...../........</w:t>
      </w:r>
      <w:r>
        <w:rPr>
          <w:rFonts w:ascii="Times New Roman" w:hAnsi="Times New Roman" w:eastAsia="Times New Roman"/>
          <w:b w:val="0"/>
          <w:i w:val="0"/>
          <w:color w:val="000000"/>
          <w:sz w:val="24"/>
        </w:rPr>
        <w:t xml:space="preserve">   Nơi cấp: </w:t>
      </w:r>
      <w:r>
        <w:rPr>
          <w:rFonts w:ascii="Times New Roman" w:hAnsi="Times New Roman" w:eastAsia="Times New Roman"/>
          <w:b w:val="0"/>
          <w:i w:val="0"/>
          <w:color w:val="000000"/>
          <w:sz w:val="24"/>
        </w:rPr>
        <w:t>.............................................</w:t>
      </w:r>
    </w:p>
    <w:p>
      <w:pPr>
        <w:spacing w:after="40"/>
        <w:ind w:left="0"/>
      </w:pPr>
      <w:r>
        <w:rPr>
          <w:rFonts w:ascii="Times New Roman" w:hAnsi="Times New Roman" w:eastAsia="Times New Roman"/>
          <w:b w:val="0"/>
          <w:i w:val="0"/>
          <w:color w:val="000000"/>
          <w:sz w:val="24"/>
        </w:rPr>
        <w:t>Địa chỉ liên hệ/Trụ sở:</w:t>
      </w:r>
      <w:r>
        <w:rPr>
          <w:rFonts w:ascii="Times New Roman" w:hAnsi="Times New Roman" w:eastAsia="Times New Roman"/>
          <w:b w:val="0"/>
          <w:i w:val="0"/>
          <w:color w:val="000000"/>
          <w:sz w:val="24"/>
        </w:rPr>
        <w:t xml:space="preserve"> ..............................................................................</w:t>
      </w:r>
    </w:p>
    <w:p>
      <w:pPr>
        <w:spacing w:after="60"/>
      </w:pPr>
      <w:r>
        <w:rPr>
          <w:rFonts w:ascii="Times New Roman" w:hAnsi="Times New Roman" w:eastAsia="Times New Roman"/>
          <w:b w:val="0"/>
          <w:i w:val="0"/>
          <w:color w:val="000000"/>
          <w:sz w:val="24"/>
        </w:rPr>
        <w:t xml:space="preserve">Điện thoại: </w:t>
      </w:r>
      <w:r>
        <w:rPr>
          <w:rFonts w:ascii="Times New Roman" w:hAnsi="Times New Roman" w:eastAsia="Times New Roman"/>
          <w:b w:val="0"/>
          <w:i w:val="0"/>
          <w:color w:val="000000"/>
          <w:sz w:val="24"/>
        </w:rPr>
        <w:t>...............................</w:t>
      </w:r>
      <w:r>
        <w:rPr>
          <w:rFonts w:ascii="Times New Roman" w:hAnsi="Times New Roman" w:eastAsia="Times New Roman"/>
          <w:b w:val="0"/>
          <w:i w:val="0"/>
          <w:color w:val="000000"/>
          <w:sz w:val="24"/>
        </w:rPr>
        <w:t xml:space="preserve">   E-mail: </w:t>
      </w:r>
      <w:r>
        <w:rPr>
          <w:rFonts w:ascii="Times New Roman" w:hAnsi="Times New Roman" w:eastAsia="Times New Roman"/>
          <w:b w:val="0"/>
          <w:i w:val="0"/>
          <w:color w:val="000000"/>
          <w:sz w:val="24"/>
        </w:rPr>
        <w:t>..................................</w:t>
      </w:r>
    </w:p>
    <w:tbl>
      <w:tblPr>
        <w:tblW w:type="dxa" w:w="9605"/>
        <w:tblLayout w:type="fixed"/>
        <w:tblLook w:firstColumn="1" w:firstRow="1" w:lastColumn="0" w:lastRow="0" w:noHBand="0" w:noVBand="1" w:val="04A0"/>
        <w:tblInd w:type="dxa" w:w="90"/>
        <w:tblBorders>
          <w:top w:val="single" w:sz="4" w:space="0" w:color="B7B7B7"/>
          <w:left w:val="single" w:sz="4" w:space="0" w:color="B7B7B7"/>
          <w:bottom w:val="single" w:sz="4" w:space="0" w:color="B7B7B7"/>
          <w:right w:val="single" w:sz="4" w:space="0" w:color="B7B7B7"/>
        </w:tblBorders>
      </w:tblPr>
      <w:tblGrid>
        <w:gridCol w:w="9605"/>
      </w:tblGrid>
      <w:tr>
        <w:tc>
          <w:tcPr>
            <w:tcW w:type="dxa" w:w="9605"/>
            <w:vAlign w:val="center"/>
            <w:tcMar>
              <w:top w:w="65" w:type="dxa"/>
              <w:start w:w="90" w:type="dxa"/>
              <w:bottom w:w="65" w:type="dxa"/>
              <w:end w:w="90" w:type="dxa"/>
            </w:tcMar>
            <w:shd w:fill="F2F2F2"/>
          </w:tcPr>
          <w:p>
            <w:pPr>
              <w:spacing w:before="0" w:after="0"/>
            </w:pPr>
            <w:r>
              <w:rPr>
                <w:rFonts w:ascii="Times New Roman" w:hAnsi="Times New Roman" w:eastAsia="Times New Roman"/>
                <w:b/>
                <w:i w:val="0"/>
                <w:color w:val="000000"/>
                <w:sz w:val="23"/>
              </w:rPr>
              <w:t>II. THÔNG TIN THỬA ĐẤT/HỒ SƠ CẦN TRÍCH LỤC</w:t>
            </w:r>
          </w:p>
        </w:tc>
      </w:tr>
    </w:tbl>
    <w:p>
      <w:pPr>
        <w:spacing w:after="40"/>
      </w:pPr>
      <w:r>
        <w:rPr>
          <w:rFonts w:ascii="Times New Roman" w:hAnsi="Times New Roman" w:eastAsia="Times New Roman"/>
          <w:b w:val="0"/>
          <w:i w:val="0"/>
          <w:color w:val="000000"/>
          <w:sz w:val="24"/>
        </w:rPr>
        <w:t xml:space="preserve">Thửa đất số: </w:t>
      </w:r>
      <w:r>
        <w:rPr>
          <w:rFonts w:ascii="Times New Roman" w:hAnsi="Times New Roman" w:eastAsia="Times New Roman"/>
          <w:b w:val="0"/>
          <w:i w:val="0"/>
          <w:color w:val="000000"/>
          <w:sz w:val="24"/>
        </w:rPr>
        <w:t>.........................</w:t>
      </w:r>
      <w:r>
        <w:rPr>
          <w:rFonts w:ascii="Times New Roman" w:hAnsi="Times New Roman" w:eastAsia="Times New Roman"/>
          <w:b w:val="0"/>
          <w:i w:val="0"/>
          <w:color w:val="000000"/>
          <w:sz w:val="24"/>
        </w:rPr>
        <w:t xml:space="preserve">   Tờ bản đồ số: </w:t>
      </w:r>
      <w:r>
        <w:rPr>
          <w:rFonts w:ascii="Times New Roman" w:hAnsi="Times New Roman" w:eastAsia="Times New Roman"/>
          <w:b w:val="0"/>
          <w:i w:val="0"/>
          <w:color w:val="000000"/>
          <w:sz w:val="24"/>
        </w:rPr>
        <w:t>.........................</w:t>
      </w:r>
    </w:p>
    <w:p>
      <w:pPr>
        <w:spacing w:after="40"/>
        <w:ind w:left="0"/>
      </w:pPr>
      <w:r>
        <w:rPr>
          <w:rFonts w:ascii="Times New Roman" w:hAnsi="Times New Roman" w:eastAsia="Times New Roman"/>
          <w:b w:val="0"/>
          <w:i w:val="0"/>
          <w:color w:val="000000"/>
          <w:sz w:val="24"/>
        </w:rPr>
        <w:t>Địa chỉ thửa đất:</w:t>
      </w:r>
      <w:r>
        <w:rPr>
          <w:rFonts w:ascii="Times New Roman" w:hAnsi="Times New Roman" w:eastAsia="Times New Roman"/>
          <w:b w:val="0"/>
          <w:i w:val="0"/>
          <w:color w:val="000000"/>
          <w:sz w:val="24"/>
        </w:rPr>
        <w:t xml:space="preserve"> ..................................................................................</w:t>
      </w:r>
    </w:p>
    <w:p>
      <w:pPr>
        <w:spacing w:after="40"/>
      </w:pPr>
      <w:r>
        <w:rPr>
          <w:rFonts w:ascii="Times New Roman" w:hAnsi="Times New Roman" w:eastAsia="Times New Roman"/>
          <w:b w:val="0"/>
          <w:i w:val="0"/>
          <w:color w:val="000000"/>
          <w:sz w:val="24"/>
        </w:rPr>
        <w:t xml:space="preserve">Diện tích: </w:t>
      </w:r>
      <w:r>
        <w:rPr>
          <w:rFonts w:ascii="Times New Roman" w:hAnsi="Times New Roman" w:eastAsia="Times New Roman"/>
          <w:b w:val="0"/>
          <w:i w:val="0"/>
          <w:color w:val="000000"/>
          <w:sz w:val="24"/>
        </w:rPr>
        <w:t>.......................</w:t>
      </w:r>
      <w:r>
        <w:rPr>
          <w:rFonts w:ascii="Times New Roman" w:hAnsi="Times New Roman" w:eastAsia="Times New Roman"/>
          <w:b w:val="0"/>
          <w:i w:val="0"/>
          <w:color w:val="000000"/>
          <w:sz w:val="24"/>
        </w:rPr>
        <w:t xml:space="preserve"> m²   Mục đích sử dụng đất: </w:t>
      </w:r>
      <w:r>
        <w:rPr>
          <w:rFonts w:ascii="Times New Roman" w:hAnsi="Times New Roman" w:eastAsia="Times New Roman"/>
          <w:b w:val="0"/>
          <w:i w:val="0"/>
          <w:color w:val="000000"/>
          <w:sz w:val="24"/>
        </w:rPr>
        <w:t>................................</w:t>
      </w:r>
    </w:p>
    <w:p>
      <w:pPr>
        <w:spacing w:after="40"/>
        <w:ind w:left="0"/>
      </w:pPr>
      <w:r>
        <w:rPr>
          <w:rFonts w:ascii="Times New Roman" w:hAnsi="Times New Roman" w:eastAsia="Times New Roman"/>
          <w:b w:val="0"/>
          <w:i w:val="0"/>
          <w:color w:val="000000"/>
          <w:sz w:val="24"/>
        </w:rPr>
        <w:t>Số phát hành/Số vào sổ cấp Giấy chứng nhận (nếu có):</w:t>
      </w:r>
      <w:r>
        <w:rPr>
          <w:rFonts w:ascii="Times New Roman" w:hAnsi="Times New Roman" w:eastAsia="Times New Roman"/>
          <w:b w:val="0"/>
          <w:i w:val="0"/>
          <w:color w:val="000000"/>
          <w:sz w:val="24"/>
        </w:rPr>
        <w:t xml:space="preserve"> .................................................</w:t>
      </w:r>
    </w:p>
    <w:p>
      <w:pPr>
        <w:spacing w:after="40"/>
        <w:ind w:left="0"/>
      </w:pPr>
      <w:r>
        <w:rPr>
          <w:rFonts w:ascii="Times New Roman" w:hAnsi="Times New Roman" w:eastAsia="Times New Roman"/>
          <w:b w:val="0"/>
          <w:i w:val="0"/>
          <w:color w:val="000000"/>
          <w:sz w:val="24"/>
        </w:rPr>
        <w:t>Người sử dụng đất/chủ sở hữu tài sản theo hồ sơ:</w:t>
      </w:r>
      <w:r>
        <w:rPr>
          <w:rFonts w:ascii="Times New Roman" w:hAnsi="Times New Roman" w:eastAsia="Times New Roman"/>
          <w:b w:val="0"/>
          <w:i w:val="0"/>
          <w:color w:val="000000"/>
          <w:sz w:val="24"/>
        </w:rPr>
        <w:t xml:space="preserve"> .....................................................</w:t>
      </w:r>
    </w:p>
    <w:p>
      <w:pPr>
        <w:spacing w:before="40" w:after="20"/>
      </w:pPr>
      <w:r>
        <w:rPr>
          <w:rFonts w:ascii="Times New Roman" w:hAnsi="Times New Roman" w:eastAsia="Times New Roman"/>
          <w:b/>
          <w:i w:val="0"/>
          <w:color w:val="000000"/>
          <w:sz w:val="24"/>
        </w:rPr>
        <w:t>Nội dung đề nghị cung cấp, trích lục:</w:t>
      </w:r>
    </w:p>
    <w:tbl>
      <w:tblPr>
        <w:tblW w:type="dxa" w:w="9605"/>
        <w:tblLayout w:type="fixed"/>
        <w:tblLook w:firstColumn="1" w:firstRow="1" w:lastColumn="0" w:lastRow="0" w:noHBand="0" w:noVBand="1" w:val="04A0"/>
        <w:tblInd w:type="dxa" w:w="9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802"/>
        <w:gridCol w:w="4803"/>
      </w:tblGrid>
      <w:tr>
        <w:tc>
          <w:tcPr>
            <w:tcW w:type="dxa" w:w="4802"/>
            <w:vAlign w:val="center"/>
            <w:tcMar>
              <w:top w:w="65" w:type="dxa"/>
              <w:start w:w="90" w:type="dxa"/>
              <w:bottom w:w="65" w:type="dxa"/>
              <w:end w:w="90" w:type="dxa"/>
            </w:tcMar>
          </w:tcPr>
          <w:p>
            <w:pPr>
              <w:spacing w:before="0" w:after="0"/>
            </w:pPr>
            <w:r>
              <w:rPr>
                <w:rFonts w:ascii="DejaVu Sans" w:hAnsi="DejaVu Sans" w:eastAsia="DejaVu Sans"/>
                <w:b w:val="0"/>
                <w:i w:val="0"/>
                <w:color w:val="000000"/>
                <w:sz w:val="21"/>
              </w:rPr>
              <w:t xml:space="preserve">☐ </w:t>
            </w:r>
            <w:r>
              <w:rPr>
                <w:rFonts w:ascii="Times New Roman" w:hAnsi="Times New Roman" w:eastAsia="Times New Roman"/>
                <w:b w:val="0"/>
                <w:i w:val="0"/>
                <w:color w:val="000000"/>
                <w:sz w:val="21"/>
              </w:rPr>
              <w:t>Trích lục bản đồ địa chính</w:t>
            </w:r>
          </w:p>
        </w:tc>
        <w:tc>
          <w:tcPr>
            <w:tcW w:type="dxa" w:w="4803"/>
            <w:vAlign w:val="center"/>
            <w:tcMar>
              <w:top w:w="65" w:type="dxa"/>
              <w:start w:w="90" w:type="dxa"/>
              <w:bottom w:w="65" w:type="dxa"/>
              <w:end w:w="90" w:type="dxa"/>
            </w:tcMar>
          </w:tcPr>
          <w:p>
            <w:pPr>
              <w:spacing w:before="0" w:after="0"/>
            </w:pPr>
            <w:r>
              <w:rPr>
                <w:rFonts w:ascii="DejaVu Sans" w:hAnsi="DejaVu Sans" w:eastAsia="DejaVu Sans"/>
                <w:b w:val="0"/>
                <w:i w:val="0"/>
                <w:color w:val="000000"/>
                <w:sz w:val="21"/>
              </w:rPr>
              <w:t xml:space="preserve">☐ </w:t>
            </w:r>
            <w:r>
              <w:rPr>
                <w:rFonts w:ascii="Times New Roman" w:hAnsi="Times New Roman" w:eastAsia="Times New Roman"/>
                <w:b w:val="0"/>
                <w:i w:val="0"/>
                <w:color w:val="000000"/>
                <w:sz w:val="21"/>
              </w:rPr>
              <w:t>Thông tin về thửa đất</w:t>
            </w:r>
          </w:p>
        </w:tc>
      </w:tr>
      <w:tr>
        <w:tc>
          <w:tcPr>
            <w:tcW w:type="dxa" w:w="4802"/>
            <w:vAlign w:val="center"/>
            <w:tcMar>
              <w:top w:w="65" w:type="dxa"/>
              <w:start w:w="90" w:type="dxa"/>
              <w:bottom w:w="65" w:type="dxa"/>
              <w:end w:w="90" w:type="dxa"/>
            </w:tcMar>
          </w:tcPr>
          <w:p>
            <w:pPr>
              <w:spacing w:before="0" w:after="0"/>
            </w:pPr>
            <w:r>
              <w:rPr>
                <w:rFonts w:ascii="DejaVu Sans" w:hAnsi="DejaVu Sans" w:eastAsia="DejaVu Sans"/>
                <w:b w:val="0"/>
                <w:i w:val="0"/>
                <w:color w:val="000000"/>
                <w:sz w:val="21"/>
              </w:rPr>
              <w:t xml:space="preserve">☐ </w:t>
            </w:r>
            <w:r>
              <w:rPr>
                <w:rFonts w:ascii="Times New Roman" w:hAnsi="Times New Roman" w:eastAsia="Times New Roman"/>
                <w:b w:val="0"/>
                <w:i w:val="0"/>
                <w:color w:val="000000"/>
                <w:sz w:val="21"/>
              </w:rPr>
              <w:t>Lịch sử biến động</w:t>
            </w:r>
          </w:p>
        </w:tc>
        <w:tc>
          <w:tcPr>
            <w:tcW w:type="dxa" w:w="4803"/>
            <w:vAlign w:val="center"/>
            <w:tcMar>
              <w:top w:w="65" w:type="dxa"/>
              <w:start w:w="90" w:type="dxa"/>
              <w:bottom w:w="65" w:type="dxa"/>
              <w:end w:w="90" w:type="dxa"/>
            </w:tcMar>
          </w:tcPr>
          <w:p>
            <w:pPr>
              <w:spacing w:before="0" w:after="0"/>
            </w:pPr>
            <w:r>
              <w:rPr>
                <w:rFonts w:ascii="DejaVu Sans" w:hAnsi="DejaVu Sans" w:eastAsia="DejaVu Sans"/>
                <w:b w:val="0"/>
                <w:i w:val="0"/>
                <w:color w:val="000000"/>
                <w:sz w:val="21"/>
              </w:rPr>
              <w:t xml:space="preserve">☐ </w:t>
            </w:r>
            <w:r>
              <w:rPr>
                <w:rFonts w:ascii="Times New Roman" w:hAnsi="Times New Roman" w:eastAsia="Times New Roman"/>
                <w:b w:val="0"/>
                <w:i w:val="0"/>
                <w:color w:val="000000"/>
                <w:sz w:val="21"/>
              </w:rPr>
              <w:t>Bản sao Giấy chứng nhận</w:t>
            </w:r>
          </w:p>
        </w:tc>
      </w:tr>
      <w:tr>
        <w:tc>
          <w:tcPr>
            <w:tcW w:type="dxa" w:w="4802"/>
            <w:vAlign w:val="center"/>
            <w:tcMar>
              <w:top w:w="65" w:type="dxa"/>
              <w:start w:w="90" w:type="dxa"/>
              <w:bottom w:w="65" w:type="dxa"/>
              <w:end w:w="90" w:type="dxa"/>
            </w:tcMar>
          </w:tcPr>
          <w:p>
            <w:pPr>
              <w:spacing w:before="0" w:after="0"/>
            </w:pPr>
            <w:r>
              <w:rPr>
                <w:rFonts w:ascii="DejaVu Sans" w:hAnsi="DejaVu Sans" w:eastAsia="DejaVu Sans"/>
                <w:b w:val="0"/>
                <w:i w:val="0"/>
                <w:color w:val="000000"/>
                <w:sz w:val="21"/>
              </w:rPr>
              <w:t xml:space="preserve">☐ </w:t>
            </w:r>
            <w:r>
              <w:rPr>
                <w:rFonts w:ascii="Times New Roman" w:hAnsi="Times New Roman" w:eastAsia="Times New Roman"/>
                <w:b w:val="0"/>
                <w:i w:val="0"/>
                <w:color w:val="000000"/>
                <w:sz w:val="21"/>
              </w:rPr>
              <w:t>Hồ sơ đăng ký/cấp Giấy chứng nhận</w:t>
            </w:r>
          </w:p>
        </w:tc>
        <w:tc>
          <w:tcPr>
            <w:tcW w:type="dxa" w:w="4803"/>
            <w:vAlign w:val="center"/>
            <w:tcMar>
              <w:top w:w="65" w:type="dxa"/>
              <w:start w:w="90" w:type="dxa"/>
              <w:bottom w:w="65" w:type="dxa"/>
              <w:end w:w="90" w:type="dxa"/>
            </w:tcMar>
          </w:tcPr>
          <w:p>
            <w:pPr>
              <w:spacing w:before="0" w:after="0"/>
            </w:pPr>
            <w:r>
              <w:rPr>
                <w:rFonts w:ascii="DejaVu Sans" w:hAnsi="DejaVu Sans" w:eastAsia="DejaVu Sans"/>
                <w:b w:val="0"/>
                <w:i w:val="0"/>
                <w:color w:val="000000"/>
                <w:sz w:val="21"/>
              </w:rPr>
              <w:t xml:space="preserve">☐ </w:t>
            </w:r>
            <w:r>
              <w:rPr>
                <w:rFonts w:ascii="Times New Roman" w:hAnsi="Times New Roman" w:eastAsia="Times New Roman"/>
                <w:b w:val="0"/>
                <w:i w:val="0"/>
                <w:color w:val="000000"/>
                <w:sz w:val="21"/>
              </w:rPr>
              <w:t>Sổ địa chính, sổ mục kê liên quan</w:t>
            </w:r>
          </w:p>
        </w:tc>
      </w:tr>
      <w:tr>
        <w:tc>
          <w:tcPr>
            <w:tcW w:type="dxa" w:w="4802"/>
            <w:vAlign w:val="center"/>
            <w:tcMar>
              <w:top w:w="65" w:type="dxa"/>
              <w:start w:w="90" w:type="dxa"/>
              <w:bottom w:w="65" w:type="dxa"/>
              <w:end w:w="90" w:type="dxa"/>
            </w:tcMar>
          </w:tcPr>
          <w:p>
            <w:pPr>
              <w:spacing w:before="0" w:after="0"/>
            </w:pPr>
            <w:r>
              <w:rPr>
                <w:rFonts w:ascii="DejaVu Sans" w:hAnsi="DejaVu Sans" w:eastAsia="DejaVu Sans"/>
                <w:b w:val="0"/>
                <w:i w:val="0"/>
                <w:color w:val="000000"/>
                <w:sz w:val="21"/>
              </w:rPr>
              <w:t xml:space="preserve">☐ </w:t>
            </w:r>
            <w:r>
              <w:rPr>
                <w:rFonts w:ascii="Times New Roman" w:hAnsi="Times New Roman" w:eastAsia="Times New Roman"/>
                <w:b w:val="0"/>
                <w:i w:val="0"/>
                <w:color w:val="000000"/>
                <w:sz w:val="21"/>
              </w:rPr>
              <w:t>Tài liệu đo đạc, trích đo địa chính</w:t>
            </w:r>
          </w:p>
        </w:tc>
        <w:tc>
          <w:tcPr>
            <w:tcW w:type="dxa" w:w="4803"/>
            <w:vAlign w:val="center"/>
            <w:tcMar>
              <w:top w:w="65" w:type="dxa"/>
              <w:start w:w="90" w:type="dxa"/>
              <w:bottom w:w="65" w:type="dxa"/>
              <w:end w:w="90" w:type="dxa"/>
            </w:tcMar>
          </w:tcPr>
          <w:p>
            <w:pPr>
              <w:spacing w:before="0" w:after="0"/>
            </w:pPr>
            <w:r>
              <w:rPr>
                <w:rFonts w:ascii="DejaVu Sans" w:hAnsi="DejaVu Sans" w:eastAsia="DejaVu Sans"/>
                <w:b w:val="0"/>
                <w:i w:val="0"/>
                <w:color w:val="000000"/>
                <w:sz w:val="21"/>
              </w:rPr>
              <w:t xml:space="preserve">☐ </w:t>
            </w:r>
            <w:r>
              <w:rPr>
                <w:rFonts w:ascii="Times New Roman" w:hAnsi="Times New Roman" w:eastAsia="Times New Roman"/>
                <w:b w:val="0"/>
                <w:i w:val="0"/>
                <w:color w:val="000000"/>
                <w:sz w:val="21"/>
              </w:rPr>
              <w:t>Tài liệu khác (ghi rõ bên dưới)</w:t>
            </w:r>
          </w:p>
        </w:tc>
      </w:tr>
    </w:tbl>
    <w:p>
      <w:pPr>
        <w:spacing w:after="20"/>
        <w:ind w:left="0"/>
      </w:pPr>
      <w:r>
        <w:rPr>
          <w:rFonts w:ascii="Times New Roman" w:hAnsi="Times New Roman" w:eastAsia="Times New Roman"/>
          <w:b w:val="0"/>
          <w:i w:val="0"/>
          <w:color w:val="000000"/>
          <w:sz w:val="24"/>
        </w:rPr>
        <w:t>Tài liệu khác:</w:t>
      </w:r>
      <w:r>
        <w:rPr>
          <w:rFonts w:ascii="Times New Roman" w:hAnsi="Times New Roman" w:eastAsia="Times New Roman"/>
          <w:b w:val="0"/>
          <w:i w:val="0"/>
          <w:color w:val="000000"/>
          <w:sz w:val="24"/>
        </w:rPr>
        <w:t xml:space="preserve"> .......................................................................................</w:t>
      </w:r>
    </w:p>
    <w:p>
      <w:pPr>
        <w:spacing w:after="20"/>
        <w:ind w:left="0"/>
      </w:pPr>
      <w:r>
        <w:rPr>
          <w:rFonts w:ascii="Times New Roman" w:hAnsi="Times New Roman" w:eastAsia="Times New Roman"/>
          <w:b w:val="0"/>
          <w:i w:val="0"/>
          <w:color w:val="000000"/>
          <w:sz w:val="24"/>
        </w:rPr>
        <w:t>Mục đích sử dụng:</w:t>
      </w:r>
      <w:r>
        <w:rPr>
          <w:rFonts w:ascii="Times New Roman" w:hAnsi="Times New Roman" w:eastAsia="Times New Roman"/>
          <w:b w:val="0"/>
          <w:i w:val="0"/>
          <w:color w:val="000000"/>
          <w:sz w:val="24"/>
        </w:rPr>
        <w:t xml:space="preserve"> ...................................................................................</w:t>
      </w:r>
    </w:p>
    <w:p>
      <w:pPr>
        <w:spacing w:after="40"/>
        <w:ind w:left="0"/>
      </w:pPr>
      <w:r>
        <w:rPr>
          <w:rFonts w:ascii="Times New Roman" w:hAnsi="Times New Roman" w:eastAsia="Times New Roman"/>
          <w:b w:val="0"/>
          <w:i w:val="0"/>
          <w:color w:val="000000"/>
          <w:sz w:val="24"/>
        </w:rPr>
      </w:r>
      <w:r>
        <w:rPr>
          <w:rFonts w:ascii="Times New Roman" w:hAnsi="Times New Roman" w:eastAsia="Times New Roman"/>
          <w:b w:val="0"/>
          <w:i w:val="0"/>
          <w:color w:val="000000"/>
          <w:sz w:val="24"/>
        </w:rPr>
        <w:t xml:space="preserve"> .........................................................................................................</w:t>
      </w:r>
    </w:p>
    <w:p>
      <w:pPr>
        <w:spacing w:after="20"/>
      </w:pPr>
      <w:r>
        <w:rPr>
          <w:rFonts w:ascii="Times New Roman" w:hAnsi="Times New Roman" w:eastAsia="Times New Roman"/>
          <w:b/>
          <w:i w:val="0"/>
          <w:color w:val="000000"/>
          <w:sz w:val="24"/>
        </w:rPr>
        <w:t>Hình thức nhận kết quả:</w:t>
      </w:r>
    </w:p>
    <w:tbl>
      <w:tblPr>
        <w:tblW w:type="dxa" w:w="9605"/>
        <w:tblLayout w:type="fixed"/>
        <w:tblLook w:firstColumn="1" w:firstRow="1" w:lastColumn="0" w:lastRow="0" w:noHBand="0" w:noVBand="1" w:val="04A0"/>
        <w:tblInd w:type="dxa" w:w="90"/>
        <w:tblBorders>
          <w:top w:val="nil"/>
          <w:left w:val="nil"/>
          <w:bottom w:val="nil"/>
          <w:right w:val="nil"/>
          <w:insideH w:val="nil"/>
          <w:insideV w:val="nil"/>
        </w:tblBorders>
      </w:tblPr>
      <w:tblGrid>
        <w:gridCol w:w="4802"/>
        <w:gridCol w:w="4803"/>
      </w:tblGrid>
      <w:tr>
        <w:tc>
          <w:tcPr>
            <w:tcW w:type="dxa" w:w="4802"/>
            <w:vAlign w:val="center"/>
            <w:tcMar>
              <w:top w:w="65" w:type="dxa"/>
              <w:start w:w="90" w:type="dxa"/>
              <w:bottom w:w="65" w:type="dxa"/>
              <w:end w:w="90" w:type="dxa"/>
            </w:tcMar>
          </w:tcPr>
          <w:p>
            <w:pPr>
              <w:spacing w:before="0" w:after="0"/>
            </w:pPr>
            <w:r>
              <w:rPr>
                <w:rFonts w:ascii="DejaVu Sans" w:hAnsi="DejaVu Sans" w:eastAsia="DejaVu Sans"/>
                <w:b w:val="0"/>
                <w:i w:val="0"/>
                <w:color w:val="000000"/>
                <w:sz w:val="21"/>
              </w:rPr>
              <w:t xml:space="preserve">☐ </w:t>
            </w:r>
            <w:r>
              <w:rPr>
                <w:rFonts w:ascii="Times New Roman" w:hAnsi="Times New Roman" w:eastAsia="Times New Roman"/>
                <w:b w:val="0"/>
                <w:i w:val="0"/>
                <w:color w:val="000000"/>
                <w:sz w:val="21"/>
              </w:rPr>
              <w:t>Nhận trực tiếp</w:t>
            </w:r>
          </w:p>
        </w:tc>
        <w:tc>
          <w:tcPr>
            <w:tcW w:type="dxa" w:w="4803"/>
            <w:vAlign w:val="center"/>
            <w:tcMar>
              <w:top w:w="65" w:type="dxa"/>
              <w:start w:w="90" w:type="dxa"/>
              <w:bottom w:w="65" w:type="dxa"/>
              <w:end w:w="90" w:type="dxa"/>
            </w:tcMar>
          </w:tcPr>
          <w:p>
            <w:pPr>
              <w:spacing w:before="0" w:after="0"/>
            </w:pPr>
            <w:r>
              <w:rPr>
                <w:rFonts w:ascii="DejaVu Sans" w:hAnsi="DejaVu Sans" w:eastAsia="DejaVu Sans"/>
                <w:b w:val="0"/>
                <w:i w:val="0"/>
                <w:color w:val="000000"/>
                <w:sz w:val="21"/>
              </w:rPr>
              <w:t xml:space="preserve">☐ </w:t>
            </w:r>
            <w:r>
              <w:rPr>
                <w:rFonts w:ascii="Times New Roman" w:hAnsi="Times New Roman" w:eastAsia="Times New Roman"/>
                <w:b w:val="0"/>
                <w:i w:val="0"/>
                <w:color w:val="000000"/>
                <w:sz w:val="21"/>
              </w:rPr>
              <w:t>Qua bưu chính</w:t>
            </w:r>
          </w:p>
        </w:tc>
      </w:tr>
      <w:tr>
        <w:tc>
          <w:tcPr>
            <w:tcW w:type="dxa" w:w="4802"/>
            <w:vAlign w:val="center"/>
            <w:tcMar>
              <w:top w:w="65" w:type="dxa"/>
              <w:start w:w="90" w:type="dxa"/>
              <w:bottom w:w="65" w:type="dxa"/>
              <w:end w:w="90" w:type="dxa"/>
            </w:tcMar>
          </w:tcPr>
          <w:p>
            <w:pPr>
              <w:spacing w:before="0" w:after="0"/>
            </w:pPr>
            <w:r>
              <w:rPr>
                <w:rFonts w:ascii="DejaVu Sans" w:hAnsi="DejaVu Sans" w:eastAsia="DejaVu Sans"/>
                <w:b w:val="0"/>
                <w:i w:val="0"/>
                <w:color w:val="000000"/>
                <w:sz w:val="21"/>
              </w:rPr>
              <w:t xml:space="preserve">☐ </w:t>
            </w:r>
            <w:r>
              <w:rPr>
                <w:rFonts w:ascii="Times New Roman" w:hAnsi="Times New Roman" w:eastAsia="Times New Roman"/>
                <w:b w:val="0"/>
                <w:i w:val="0"/>
                <w:color w:val="000000"/>
                <w:sz w:val="21"/>
              </w:rPr>
              <w:t>Qua E-mail</w:t>
            </w:r>
          </w:p>
        </w:tc>
        <w:tc>
          <w:tcPr>
            <w:tcW w:type="dxa" w:w="4803"/>
            <w:vAlign w:val="center"/>
            <w:tcMar>
              <w:top w:w="65" w:type="dxa"/>
              <w:start w:w="90" w:type="dxa"/>
              <w:bottom w:w="65" w:type="dxa"/>
              <w:end w:w="90" w:type="dxa"/>
            </w:tcMar>
          </w:tcPr>
          <w:p>
            <w:pPr>
              <w:spacing w:before="0" w:after="0"/>
            </w:pPr>
            <w:r>
              <w:rPr>
                <w:rFonts w:ascii="DejaVu Sans" w:hAnsi="DejaVu Sans" w:eastAsia="DejaVu Sans"/>
                <w:b w:val="0"/>
                <w:i w:val="0"/>
                <w:color w:val="000000"/>
                <w:sz w:val="21"/>
              </w:rPr>
              <w:t xml:space="preserve">☐ </w:t>
            </w:r>
            <w:r>
              <w:rPr>
                <w:rFonts w:ascii="Times New Roman" w:hAnsi="Times New Roman" w:eastAsia="Times New Roman"/>
                <w:b w:val="0"/>
                <w:i w:val="0"/>
                <w:color w:val="000000"/>
                <w:sz w:val="21"/>
              </w:rPr>
              <w:t>Bản giấy và bản điện tử</w:t>
            </w:r>
          </w:p>
        </w:tc>
      </w:tr>
    </w:tbl>
    <w:p>
      <w:pPr>
        <w:spacing w:after="20"/>
        <w:ind w:left="0"/>
      </w:pPr>
      <w:r>
        <w:rPr>
          <w:rFonts w:ascii="Times New Roman" w:hAnsi="Times New Roman" w:eastAsia="Times New Roman"/>
          <w:b w:val="0"/>
          <w:i w:val="0"/>
          <w:color w:val="000000"/>
          <w:sz w:val="24"/>
        </w:rPr>
        <w:t>Tài liệu gửi kèm:</w:t>
      </w:r>
      <w:r>
        <w:rPr>
          <w:rFonts w:ascii="Times New Roman" w:hAnsi="Times New Roman" w:eastAsia="Times New Roman"/>
          <w:b w:val="0"/>
          <w:i w:val="0"/>
          <w:color w:val="000000"/>
          <w:sz w:val="24"/>
        </w:rPr>
        <w:t xml:space="preserve"> ....................................................................................</w:t>
      </w:r>
    </w:p>
    <w:p>
      <w:pPr>
        <w:spacing w:before="40" w:after="100"/>
        <w:jc w:val="both"/>
      </w:pPr>
      <w:r>
        <w:rPr>
          <w:rFonts w:ascii="Times New Roman" w:hAnsi="Times New Roman" w:eastAsia="Times New Roman"/>
          <w:b w:val="0"/>
          <w:i w:val="0"/>
          <w:color w:val="000000"/>
          <w:sz w:val="21"/>
        </w:rPr>
        <w:t>Tôi cam đoan các thông tin kê khai là đúng và sử dụng tài liệu được cung cấp đúng mục đích, tuân thủ quy định về bảo vệ dữ liệu, bí mật nhà nước và quyền riêng tư. Tôi đồng ý thực hiện các nghĩa vụ tài chính phát sinh theo thông báo của cơ quan cung cấp dữ liệu.</w:t>
      </w:r>
    </w:p>
    <w:tbl>
      <w:tblPr>
        <w:tblW w:type="dxa" w:w="9605"/>
        <w:tblLayout w:type="fixed"/>
        <w:tblLook w:firstColumn="1" w:firstRow="1" w:lastColumn="0" w:lastRow="0" w:noHBand="0" w:noVBand="1" w:val="04A0"/>
        <w:tblInd w:type="dxa" w:w="90"/>
        <w:tblBorders>
          <w:top w:val="nil"/>
          <w:left w:val="nil"/>
          <w:bottom w:val="nil"/>
          <w:right w:val="nil"/>
          <w:insideH w:val="nil"/>
          <w:insideV w:val="nil"/>
        </w:tblBorders>
      </w:tblPr>
      <w:tblGrid>
        <w:gridCol w:w="4802"/>
        <w:gridCol w:w="4803"/>
      </w:tblGrid>
      <w:tr>
        <w:tc>
          <w:tcPr>
            <w:tcW w:type="dxa" w:w="4802"/>
            <w:vAlign w:val="center"/>
            <w:tcMar>
              <w:top w:w="40" w:type="dxa"/>
              <w:start w:w="90" w:type="dxa"/>
              <w:bottom w:w="40" w:type="dxa"/>
              <w:end w:w="90" w:type="dxa"/>
            </w:tcMar>
          </w:tcPr>
          <w:p>
            <w:r/>
          </w:p>
        </w:tc>
        <w:tc>
          <w:tcPr>
            <w:tcW w:type="dxa" w:w="4803"/>
            <w:vAlign w:val="center"/>
            <w:tcMar>
              <w:top w:w="40" w:type="dxa"/>
              <w:start w:w="90" w:type="dxa"/>
              <w:bottom w:w="40" w:type="dxa"/>
              <w:end w:w="90" w:type="dxa"/>
            </w:tcMar>
          </w:tcPr>
          <w:p>
            <w:pPr>
              <w:spacing w:after="0"/>
              <w:jc w:val="center"/>
            </w:pPr>
            <w:r>
              <w:rPr>
                <w:rFonts w:ascii="Times New Roman" w:hAnsi="Times New Roman" w:eastAsia="Times New Roman"/>
                <w:b/>
                <w:i w:val="0"/>
                <w:color w:val="000000"/>
                <w:sz w:val="23"/>
              </w:rPr>
              <w:t>NGƯỜI LÀM ĐƠN</w:t>
            </w:r>
          </w:p>
          <w:p>
            <w:pPr>
              <w:spacing w:after="0"/>
              <w:jc w:val="center"/>
            </w:pPr>
            <w:r>
              <w:rPr>
                <w:rFonts w:ascii="Times New Roman" w:hAnsi="Times New Roman" w:eastAsia="Times New Roman"/>
                <w:b w:val="0"/>
                <w:i/>
                <w:color w:val="000000"/>
                <w:sz w:val="20"/>
              </w:rPr>
              <w:t>(Ký, ghi rõ họ tên; đóng dấu nếu là tổ chức)</w:t>
            </w:r>
          </w:p>
          <w:p>
            <w:pPr>
              <w:spacing w:after="0"/>
            </w:pPr>
            <w:r>
              <w:rPr>
                <w:rFonts w:ascii="Times New Roman" w:hAnsi="Times New Roman" w:eastAsia="Times New Roman"/>
                <w:b w:val="0"/>
                <w:i w:val="0"/>
                <w:color w:val="000000"/>
                <w:sz w:val="20"/>
              </w:rPr>
              <w:t xml:space="preserve"> </w:t>
            </w:r>
          </w:p>
          <w:p>
            <w:pPr>
              <w:spacing w:after="0"/>
            </w:pPr>
            <w:r>
              <w:rPr>
                <w:rFonts w:ascii="Times New Roman" w:hAnsi="Times New Roman" w:eastAsia="Times New Roman"/>
                <w:b w:val="0"/>
                <w:i w:val="0"/>
                <w:color w:val="000000"/>
                <w:sz w:val="20"/>
              </w:rPr>
              <w:t xml:space="preserve"> </w:t>
            </w:r>
          </w:p>
          <w:p>
            <w:pPr>
              <w:spacing w:after="0"/>
            </w:pPr>
            <w:r>
              <w:rPr>
                <w:rFonts w:ascii="Times New Roman" w:hAnsi="Times New Roman" w:eastAsia="Times New Roman"/>
                <w:b w:val="0"/>
                <w:i w:val="0"/>
                <w:color w:val="000000"/>
                <w:sz w:val="20"/>
              </w:rPr>
              <w:t xml:space="preserve"> </w:t>
            </w:r>
          </w:p>
          <w:p>
            <w:pPr>
              <w:spacing w:after="0"/>
              <w:jc w:val="center"/>
            </w:pPr>
            <w:r>
              <w:rPr>
                <w:rFonts w:ascii="Times New Roman" w:hAnsi="Times New Roman" w:eastAsia="Times New Roman"/>
                <w:b w:val="0"/>
                <w:i w:val="0"/>
                <w:color w:val="000000"/>
                <w:sz w:val="21"/>
              </w:rPr>
              <w:t>(Họ và tên: .............................................)</w:t>
            </w:r>
          </w:p>
        </w:tc>
      </w:tr>
    </w:tbl>
    <w:p>
      <w:pPr>
        <w:spacing w:before="60" w:after="0"/>
        <w:jc w:val="both"/>
      </w:pPr>
      <w:r>
        <w:rPr>
          <w:rFonts w:ascii="Times New Roman" w:hAnsi="Times New Roman" w:eastAsia="Times New Roman"/>
          <w:b w:val="0"/>
          <w:i/>
          <w:color w:val="595959"/>
          <w:sz w:val="17"/>
        </w:rPr>
        <w:t>Lưu ý: Đây là mẫu văn bản tham khảo. Khi thực hiện thủ tục cung cấp thông tin, dữ liệu đất đai, cơ quan tiếp nhận có thể yêu cầu sử dụng Phiếu theo Mẫu số 14 và phụ lục tương ứng.</w:t>
      </w:r>
    </w:p>
    <w:sectPr w:rsidR="00FC693F" w:rsidRPr="0006063C" w:rsidSect="00034616">
      <w:footerReference w:type="default" r:id="rId9"/>
      <w:pgSz w:w="11906" w:h="16838"/>
      <w:pgMar w:top="935" w:right="1020" w:bottom="879" w:left="1134" w:header="425"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before="0" w:after="0"/>
      <w:jc w:val="left"/>
    </w:pPr>
    <w:r>
      <w:rPr>
        <w:rFonts w:ascii="Times New Roman" w:hAnsi="Times New Roman" w:eastAsia="Times New Roman"/>
        <w:b w:val="0"/>
        <w:i/>
        <w:color w:val="595959"/>
        <w:sz w:val="17"/>
      </w:rPr>
      <w:t>Mẫu tham khảo - trích lục hồ sơ đất đai</w:t>
    </w:r>
    <w:r>
      <w:rPr>
        <w:rFonts w:ascii="Times New Roman" w:hAnsi="Times New Roman" w:eastAsia="Times New Roman"/>
        <w:b w:val="0"/>
        <w:i w:val="0"/>
        <w:color w:val="595959"/>
        <w:sz w:val="18"/>
      </w:rPr>
      <w:tab/>
      <w:t xml:space="preserve">Trang </w:t>
    </w:r>
    <w:fldSimple w:instr="PAGE">
      <w:r>
        <w:rPr>
          <w:rFonts w:ascii="Times New Roman" w:hAnsi="Times New Roman"/>
          <w:sz w:val="18"/>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40" w:line="252" w:lineRule="auto"/>
    </w:pPr>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29"/>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Đơn đề nghị cung cấp, trích lục hồ sơ đất đai</dc:title>
  <dc:subject>Biểu mẫu đất đai</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